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6C19DC" w14:textId="77777777" w:rsidR="00966B7A" w:rsidRDefault="00B95D5A">
      <w:pPr>
        <w:spacing w:after="80"/>
      </w:pPr>
      <w:r>
        <w:rPr>
          <w:rFonts w:ascii="Calibri" w:eastAsia="Calibri" w:hAnsi="Calibri"/>
          <w:b/>
          <w:sz w:val="36"/>
        </w:rPr>
        <w:t>Analýza vývoje akčních cen vajec</w:t>
      </w:r>
    </w:p>
    <w:p w14:paraId="2F2902C9" w14:textId="77777777" w:rsidR="00966B7A" w:rsidRDefault="00B95D5A">
      <w:pPr>
        <w:spacing w:after="40"/>
      </w:pPr>
      <w:r>
        <w:rPr>
          <w:rFonts w:ascii="Calibri" w:eastAsia="Calibri" w:hAnsi="Calibri"/>
          <w:color w:val="555555"/>
        </w:rPr>
        <w:t>Podestýlkový chov · velikost M, L, S · balení 10 ks a 30 ks vždy odděleně</w:t>
      </w:r>
    </w:p>
    <w:p w14:paraId="535CA825" w14:textId="15CA11CA" w:rsidR="00966B7A" w:rsidRDefault="00B95D5A">
      <w:pPr>
        <w:spacing w:after="240"/>
      </w:pPr>
      <w:r>
        <w:rPr>
          <w:rFonts w:ascii="Calibri" w:eastAsia="Calibri" w:hAnsi="Calibri"/>
          <w:color w:val="555555"/>
        </w:rPr>
        <w:t xml:space="preserve">Období: květen – červenec 2026 · zdroj: letákové akce Kupi.cz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966B7A" w14:paraId="466BCCE7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24AB6617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Parametr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5E78413E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Hodnota</w:t>
            </w:r>
          </w:p>
        </w:tc>
      </w:tr>
      <w:tr w:rsidR="00966B7A" w14:paraId="1CE7E9A5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0A08A8B" w14:textId="77777777" w:rsidR="00966B7A" w:rsidRDefault="00B95D5A">
            <w:r>
              <w:rPr>
                <w:rFonts w:ascii="Calibri" w:eastAsia="Calibri" w:hAnsi="Calibri"/>
                <w:sz w:val="20"/>
              </w:rPr>
              <w:t>Období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9EFBB0F" w14:textId="77777777" w:rsidR="00966B7A" w:rsidRDefault="00B95D5A">
            <w:r>
              <w:rPr>
                <w:rFonts w:ascii="Calibri" w:eastAsia="Calibri" w:hAnsi="Calibri"/>
                <w:sz w:val="20"/>
              </w:rPr>
              <w:t>Květen – červenec 2026</w:t>
            </w:r>
          </w:p>
        </w:tc>
      </w:tr>
      <w:tr w:rsidR="00966B7A" w14:paraId="3541121D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7FB2574" w14:textId="77777777" w:rsidR="00966B7A" w:rsidRDefault="00B95D5A">
            <w:r>
              <w:rPr>
                <w:rFonts w:ascii="Calibri" w:eastAsia="Calibri" w:hAnsi="Calibri"/>
                <w:sz w:val="20"/>
              </w:rPr>
              <w:t>Zdroj dat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8D883B2" w14:textId="048F7D98" w:rsidR="00966B7A" w:rsidRDefault="00B95D5A">
            <w:r>
              <w:rPr>
                <w:rFonts w:ascii="Calibri" w:eastAsia="Calibri" w:hAnsi="Calibri"/>
                <w:sz w:val="20"/>
              </w:rPr>
              <w:t>K</w:t>
            </w:r>
            <w:r w:rsidR="00F16792">
              <w:rPr>
                <w:rFonts w:ascii="Calibri" w:eastAsia="Calibri" w:hAnsi="Calibri"/>
                <w:sz w:val="20"/>
              </w:rPr>
              <w:t>upi.cz</w:t>
            </w:r>
          </w:p>
        </w:tc>
      </w:tr>
      <w:tr w:rsidR="00966B7A" w14:paraId="2782F84D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C60C332" w14:textId="77777777" w:rsidR="00966B7A" w:rsidRDefault="00B95D5A">
            <w:r>
              <w:rPr>
                <w:rFonts w:ascii="Calibri" w:eastAsia="Calibri" w:hAnsi="Calibri"/>
                <w:sz w:val="20"/>
              </w:rPr>
              <w:t>Metodika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72D14C7" w14:textId="77777777" w:rsidR="00966B7A" w:rsidRDefault="00B95D5A">
            <w:r>
              <w:rPr>
                <w:rFonts w:ascii="Calibri" w:eastAsia="Calibri" w:hAnsi="Calibri"/>
                <w:sz w:val="20"/>
              </w:rPr>
              <w:t>Pouze vejce z podestýlky; 10 ks a 30 ks odděleně</w:t>
            </w:r>
          </w:p>
        </w:tc>
      </w:tr>
    </w:tbl>
    <w:p w14:paraId="2893BBAE" w14:textId="77777777" w:rsidR="00966B7A" w:rsidRDefault="00966B7A">
      <w:pPr>
        <w:spacing w:after="120"/>
      </w:pPr>
    </w:p>
    <w:p w14:paraId="4693B948" w14:textId="77777777" w:rsidR="00966B7A" w:rsidRDefault="00B95D5A">
      <w:pPr>
        <w:spacing w:before="240" w:after="120"/>
      </w:pPr>
      <w:r>
        <w:rPr>
          <w:rFonts w:ascii="Calibri" w:eastAsia="Calibri" w:hAnsi="Calibri"/>
          <w:b/>
          <w:sz w:val="28"/>
        </w:rPr>
        <w:t>1. Shrnutí</w:t>
      </w:r>
    </w:p>
    <w:p w14:paraId="2C37EC67" w14:textId="05302724" w:rsidR="00966B7A" w:rsidRDefault="00B95D5A">
      <w:pPr>
        <w:spacing w:after="160"/>
      </w:pPr>
      <w:r>
        <w:rPr>
          <w:rFonts w:ascii="Calibri" w:eastAsia="Calibri" w:hAnsi="Calibri"/>
        </w:rPr>
        <w:t xml:space="preserve">Analýza akčních cen podestýlkových vajec v letácích českých obchodů za období květen–červenec 2026 potvrzuje </w:t>
      </w:r>
      <w:r>
        <w:rPr>
          <w:rFonts w:ascii="Calibri" w:eastAsia="Calibri" w:hAnsi="Calibri"/>
          <w:b/>
        </w:rPr>
        <w:t>výrazný a opakovaný pokles cen</w:t>
      </w:r>
      <w:r>
        <w:rPr>
          <w:rFonts w:ascii="Calibri" w:eastAsia="Calibri" w:hAnsi="Calibri"/>
        </w:rPr>
        <w:t>. Trend není izolovan</w:t>
      </w:r>
      <w:r w:rsidR="00573988">
        <w:rPr>
          <w:rFonts w:ascii="Calibri" w:eastAsia="Calibri" w:hAnsi="Calibri"/>
        </w:rPr>
        <w:t>ou akcí</w:t>
      </w:r>
      <w:r>
        <w:rPr>
          <w:rFonts w:ascii="Calibri" w:eastAsia="Calibri" w:hAnsi="Calibri"/>
        </w:rPr>
        <w:t xml:space="preserve"> jednoho řetězce — týká se většiny prodejců.</w:t>
      </w:r>
    </w:p>
    <w:p w14:paraId="7874FECF" w14:textId="24DE169C" w:rsidR="00966B7A" w:rsidRDefault="00B95D5A">
      <w:pPr>
        <w:pStyle w:val="Seznamsodrkami"/>
      </w:pPr>
      <w:proofErr w:type="spellStart"/>
      <w:r>
        <w:rPr>
          <w:rFonts w:ascii="Calibri" w:eastAsia="Calibri" w:hAnsi="Calibri"/>
        </w:rPr>
        <w:t>Medi</w:t>
      </w:r>
      <w:r w:rsidR="00F300BF">
        <w:rPr>
          <w:rFonts w:ascii="Calibri" w:eastAsia="Calibri" w:hAnsi="Calibri"/>
        </w:rPr>
        <w:t>á</w:t>
      </w:r>
      <w:r>
        <w:rPr>
          <w:rFonts w:ascii="Calibri" w:eastAsia="Calibri" w:hAnsi="Calibri"/>
        </w:rPr>
        <w:t>n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akční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ceny</w:t>
      </w:r>
      <w:proofErr w:type="spellEnd"/>
      <w:r>
        <w:rPr>
          <w:rFonts w:ascii="Calibri" w:eastAsia="Calibri" w:hAnsi="Calibri"/>
        </w:rPr>
        <w:t xml:space="preserve"> M/10 </w:t>
      </w:r>
      <w:proofErr w:type="spellStart"/>
      <w:r>
        <w:rPr>
          <w:rFonts w:ascii="Calibri" w:eastAsia="Calibri" w:hAnsi="Calibri"/>
        </w:rPr>
        <w:t>ks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klesl</w:t>
      </w:r>
      <w:proofErr w:type="spellEnd"/>
      <w:r>
        <w:rPr>
          <w:rFonts w:ascii="Calibri" w:eastAsia="Calibri" w:hAnsi="Calibri"/>
        </w:rPr>
        <w:t xml:space="preserve"> z 49,9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Kč (květen) na 34,9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Kč (červenec), tj. −30 %.</w:t>
      </w:r>
    </w:p>
    <w:p w14:paraId="3B6051C5" w14:textId="57F56C18" w:rsidR="00966B7A" w:rsidRDefault="00B95D5A">
      <w:pPr>
        <w:pStyle w:val="Seznamsodrkami"/>
      </w:pPr>
      <w:proofErr w:type="spellStart"/>
      <w:r>
        <w:rPr>
          <w:rFonts w:ascii="Calibri" w:eastAsia="Calibri" w:hAnsi="Calibri"/>
        </w:rPr>
        <w:t>Medi</w:t>
      </w:r>
      <w:r w:rsidR="00F300BF">
        <w:rPr>
          <w:rFonts w:ascii="Calibri" w:eastAsia="Calibri" w:hAnsi="Calibri"/>
        </w:rPr>
        <w:t>á</w:t>
      </w:r>
      <w:r>
        <w:rPr>
          <w:rFonts w:ascii="Calibri" w:eastAsia="Calibri" w:hAnsi="Calibri"/>
        </w:rPr>
        <w:t>n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akční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ceny</w:t>
      </w:r>
      <w:proofErr w:type="spellEnd"/>
      <w:r>
        <w:rPr>
          <w:rFonts w:ascii="Calibri" w:eastAsia="Calibri" w:hAnsi="Calibri"/>
        </w:rPr>
        <w:t xml:space="preserve"> M/30 </w:t>
      </w:r>
      <w:proofErr w:type="spellStart"/>
      <w:r>
        <w:rPr>
          <w:rFonts w:ascii="Calibri" w:eastAsia="Calibri" w:hAnsi="Calibri"/>
        </w:rPr>
        <w:t>ks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klesl</w:t>
      </w:r>
      <w:proofErr w:type="spellEnd"/>
      <w:r>
        <w:rPr>
          <w:rFonts w:ascii="Calibri" w:eastAsia="Calibri" w:hAnsi="Calibri"/>
        </w:rPr>
        <w:t xml:space="preserve"> z 129,9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Kč na 104,9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Kč, tj. −19 %.</w:t>
      </w:r>
    </w:p>
    <w:p w14:paraId="792DD518" w14:textId="3C2FC219" w:rsidR="00966B7A" w:rsidRDefault="00B95D5A">
      <w:pPr>
        <w:pStyle w:val="Seznamsodrkami"/>
      </w:pPr>
      <w:r>
        <w:rPr>
          <w:rFonts w:ascii="Calibri" w:eastAsia="Calibri" w:hAnsi="Calibri"/>
        </w:rPr>
        <w:t>Lidl dlouhodobě držel stabilní cenu 49,9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Kč (10 ks) a 144,9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Kč (30 ks).</w:t>
      </w:r>
    </w:p>
    <w:p w14:paraId="6E54F473" w14:textId="262234B2" w:rsidR="00966B7A" w:rsidRDefault="00B95D5A">
      <w:pPr>
        <w:pStyle w:val="Seznamsodrkami"/>
      </w:pPr>
      <w:r>
        <w:rPr>
          <w:rFonts w:ascii="Calibri" w:eastAsia="Calibri" w:hAnsi="Calibri"/>
        </w:rPr>
        <w:t>Penny Market tlačil nejagresivněji: 49,9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→ 29,9</w:t>
      </w:r>
      <w:r w:rsidR="00F16792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Kč (M / 10 ks).</w:t>
      </w:r>
    </w:p>
    <w:p w14:paraId="4C32CDD9" w14:textId="6D5D2C5E" w:rsidR="00966B7A" w:rsidRDefault="00966B7A" w:rsidP="00573988">
      <w:pPr>
        <w:pStyle w:val="Seznamsodrkami"/>
        <w:numPr>
          <w:ilvl w:val="0"/>
          <w:numId w:val="0"/>
        </w:numPr>
        <w:ind w:left="36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966B7A" w14:paraId="52841C42" w14:textId="77777777"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540FD13A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Segment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7DDA7E46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Květen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422B4C53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Červenec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21BE09A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Pokles</w:t>
            </w:r>
          </w:p>
        </w:tc>
      </w:tr>
      <w:tr w:rsidR="00966B7A" w14:paraId="628AD2ED" w14:textId="77777777"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13CDF2D" w14:textId="5BEBDAA5" w:rsidR="00966B7A" w:rsidRDefault="00B95D5A">
            <w:r>
              <w:rPr>
                <w:rFonts w:ascii="Calibri" w:eastAsia="Calibri" w:hAnsi="Calibri"/>
                <w:sz w:val="20"/>
              </w:rPr>
              <w:t xml:space="preserve">M/10 </w:t>
            </w:r>
            <w:proofErr w:type="spellStart"/>
            <w:r>
              <w:rPr>
                <w:rFonts w:ascii="Calibri" w:eastAsia="Calibri" w:hAnsi="Calibri"/>
                <w:sz w:val="20"/>
              </w:rPr>
              <w:t>ks</w:t>
            </w:r>
            <w:proofErr w:type="spellEnd"/>
            <w:r>
              <w:rPr>
                <w:rFonts w:ascii="Calibri" w:eastAsia="Calibri" w:hAnsi="Calibri"/>
                <w:sz w:val="20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sz w:val="20"/>
              </w:rPr>
              <w:t>medi</w:t>
            </w:r>
            <w:r w:rsidR="00B55E50">
              <w:rPr>
                <w:rFonts w:ascii="Calibri" w:eastAsia="Calibri" w:hAnsi="Calibri"/>
                <w:sz w:val="20"/>
              </w:rPr>
              <w:t>á</w:t>
            </w:r>
            <w:r>
              <w:rPr>
                <w:rFonts w:ascii="Calibri" w:eastAsia="Calibri" w:hAnsi="Calibri"/>
                <w:sz w:val="20"/>
              </w:rPr>
              <w:t>n</w:t>
            </w:r>
            <w:proofErr w:type="spellEnd"/>
            <w:r>
              <w:rPr>
                <w:rFonts w:ascii="Calibri" w:eastAsia="Calibri" w:hAnsi="Calibri"/>
                <w:sz w:val="20"/>
              </w:rPr>
              <w:t xml:space="preserve"> after)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74A9AF7" w14:textId="094C5D3F" w:rsidR="00966B7A" w:rsidRDefault="00B95D5A">
            <w:r>
              <w:rPr>
                <w:rFonts w:ascii="Calibri" w:eastAsia="Calibri" w:hAnsi="Calibri"/>
                <w:sz w:val="20"/>
              </w:rPr>
              <w:t>49,9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427B27F" w14:textId="327E6381" w:rsidR="00966B7A" w:rsidRDefault="00B95D5A">
            <w:r>
              <w:rPr>
                <w:rFonts w:ascii="Calibri" w:eastAsia="Calibri" w:hAnsi="Calibri"/>
                <w:sz w:val="20"/>
              </w:rPr>
              <w:t>34,9</w:t>
            </w:r>
            <w:r w:rsidR="00F16792">
              <w:rPr>
                <w:rFonts w:ascii="Calibri" w:eastAsia="Calibri" w:hAnsi="Calibri"/>
                <w:sz w:val="20"/>
              </w:rPr>
              <w:t xml:space="preserve">0 </w:t>
            </w:r>
            <w:r>
              <w:rPr>
                <w:rFonts w:ascii="Calibri" w:eastAsia="Calibri" w:hAnsi="Calibri"/>
                <w:sz w:val="20"/>
              </w:rPr>
              <w:t>Kč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1F797E4" w14:textId="77777777" w:rsidR="00966B7A" w:rsidRDefault="00B95D5A">
            <w:r>
              <w:rPr>
                <w:rFonts w:ascii="Calibri" w:eastAsia="Calibri" w:hAnsi="Calibri"/>
                <w:sz w:val="20"/>
              </w:rPr>
              <w:t>−30 %</w:t>
            </w:r>
          </w:p>
        </w:tc>
      </w:tr>
      <w:tr w:rsidR="00966B7A" w14:paraId="74F2A483" w14:textId="77777777"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2CACAC8" w14:textId="44BFB59C" w:rsidR="00966B7A" w:rsidRDefault="00B95D5A">
            <w:r>
              <w:rPr>
                <w:rFonts w:ascii="Calibri" w:eastAsia="Calibri" w:hAnsi="Calibri"/>
                <w:sz w:val="20"/>
              </w:rPr>
              <w:t xml:space="preserve">M/30 </w:t>
            </w:r>
            <w:proofErr w:type="spellStart"/>
            <w:r>
              <w:rPr>
                <w:rFonts w:ascii="Calibri" w:eastAsia="Calibri" w:hAnsi="Calibri"/>
                <w:sz w:val="20"/>
              </w:rPr>
              <w:t>ks</w:t>
            </w:r>
            <w:proofErr w:type="spellEnd"/>
            <w:r>
              <w:rPr>
                <w:rFonts w:ascii="Calibri" w:eastAsia="Calibri" w:hAnsi="Calibri"/>
                <w:sz w:val="20"/>
              </w:rPr>
              <w:t xml:space="preserve"> (</w:t>
            </w:r>
            <w:proofErr w:type="spellStart"/>
            <w:r>
              <w:rPr>
                <w:rFonts w:ascii="Calibri" w:eastAsia="Calibri" w:hAnsi="Calibri"/>
                <w:sz w:val="20"/>
              </w:rPr>
              <w:t>medi</w:t>
            </w:r>
            <w:r w:rsidR="00B55E50">
              <w:rPr>
                <w:rFonts w:ascii="Calibri" w:eastAsia="Calibri" w:hAnsi="Calibri"/>
                <w:sz w:val="20"/>
              </w:rPr>
              <w:t>á</w:t>
            </w:r>
            <w:r>
              <w:rPr>
                <w:rFonts w:ascii="Calibri" w:eastAsia="Calibri" w:hAnsi="Calibri"/>
                <w:sz w:val="20"/>
              </w:rPr>
              <w:t>n</w:t>
            </w:r>
            <w:proofErr w:type="spellEnd"/>
            <w:r>
              <w:rPr>
                <w:rFonts w:ascii="Calibri" w:eastAsia="Calibri" w:hAnsi="Calibri"/>
                <w:sz w:val="20"/>
              </w:rPr>
              <w:t xml:space="preserve"> after)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38D217B9" w14:textId="51A1DF6D" w:rsidR="00966B7A" w:rsidRDefault="00B95D5A">
            <w:r>
              <w:rPr>
                <w:rFonts w:ascii="Calibri" w:eastAsia="Calibri" w:hAnsi="Calibri"/>
                <w:sz w:val="20"/>
              </w:rPr>
              <w:t>129,9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EE4EF78" w14:textId="35BC2999" w:rsidR="00966B7A" w:rsidRDefault="00B95D5A">
            <w:r>
              <w:rPr>
                <w:rFonts w:ascii="Calibri" w:eastAsia="Calibri" w:hAnsi="Calibri"/>
                <w:sz w:val="20"/>
              </w:rPr>
              <w:t>104,9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2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FC3C893" w14:textId="77777777" w:rsidR="00966B7A" w:rsidRDefault="00B95D5A">
            <w:r>
              <w:rPr>
                <w:rFonts w:ascii="Calibri" w:eastAsia="Calibri" w:hAnsi="Calibri"/>
                <w:sz w:val="20"/>
              </w:rPr>
              <w:t>−19 %</w:t>
            </w:r>
          </w:p>
        </w:tc>
      </w:tr>
    </w:tbl>
    <w:p w14:paraId="1B9E3220" w14:textId="77777777" w:rsidR="00966B7A" w:rsidRDefault="00966B7A">
      <w:pPr>
        <w:spacing w:after="120"/>
      </w:pPr>
    </w:p>
    <w:p w14:paraId="1EF5A4C2" w14:textId="77777777" w:rsidR="00966B7A" w:rsidRDefault="00B95D5A">
      <w:pPr>
        <w:spacing w:before="240" w:after="120"/>
      </w:pPr>
      <w:r>
        <w:rPr>
          <w:rFonts w:ascii="Calibri" w:eastAsia="Calibri" w:hAnsi="Calibri"/>
          <w:b/>
          <w:sz w:val="28"/>
        </w:rPr>
        <w:t>2. Metodika</w:t>
      </w:r>
    </w:p>
    <w:p w14:paraId="50BE639E" w14:textId="3B6BEFFA" w:rsidR="00966B7A" w:rsidRDefault="00B95D5A">
      <w:pPr>
        <w:spacing w:after="160"/>
      </w:pPr>
      <w:r>
        <w:rPr>
          <w:rFonts w:ascii="Calibri" w:eastAsia="Calibri" w:hAnsi="Calibri"/>
        </w:rPr>
        <w:t xml:space="preserve">Data pocházejí z </w:t>
      </w:r>
      <w:r w:rsidR="00F16792">
        <w:rPr>
          <w:rFonts w:ascii="Calibri" w:eastAsia="Calibri" w:hAnsi="Calibri"/>
        </w:rPr>
        <w:t xml:space="preserve">databáze nákupního rádce Kupi.cz. </w:t>
      </w:r>
      <w:r>
        <w:rPr>
          <w:rFonts w:ascii="Calibri" w:eastAsia="Calibri" w:hAnsi="Calibri"/>
        </w:rPr>
        <w:t>Analyzovány byly pouze položky s chovem z podestýlky (identifikace dle názvu produktu).</w:t>
      </w:r>
    </w:p>
    <w:p w14:paraId="330086A1" w14:textId="77777777" w:rsidR="00966B7A" w:rsidRDefault="00B95D5A">
      <w:pPr>
        <w:spacing w:before="160" w:after="80"/>
      </w:pPr>
      <w:r>
        <w:rPr>
          <w:rFonts w:ascii="Calibri" w:eastAsia="Calibri" w:hAnsi="Calibri"/>
          <w:b/>
          <w:sz w:val="24"/>
        </w:rPr>
        <w:t>2.1 Vyloučené kategorie</w:t>
      </w:r>
    </w:p>
    <w:p w14:paraId="3639AD59" w14:textId="77777777" w:rsidR="00966B7A" w:rsidRDefault="00B95D5A">
      <w:pPr>
        <w:pStyle w:val="Seznamsodrkami"/>
      </w:pPr>
      <w:r>
        <w:rPr>
          <w:rFonts w:ascii="Calibri" w:eastAsia="Calibri" w:hAnsi="Calibri"/>
        </w:rPr>
        <w:t>Bio, volný výběr, klecový/halový chov</w:t>
      </w:r>
    </w:p>
    <w:p w14:paraId="5DBC0785" w14:textId="77777777" w:rsidR="00966B7A" w:rsidRDefault="00B95D5A">
      <w:pPr>
        <w:pStyle w:val="Seznamsodrkami"/>
      </w:pPr>
      <w:r>
        <w:rPr>
          <w:rFonts w:ascii="Calibri" w:eastAsia="Calibri" w:hAnsi="Calibri"/>
        </w:rPr>
        <w:t>Křepelčí vejce, barvená vařená vejce</w:t>
      </w:r>
    </w:p>
    <w:p w14:paraId="11797181" w14:textId="77777777" w:rsidR="00966B7A" w:rsidRDefault="00B95D5A">
      <w:pPr>
        <w:pStyle w:val="Seznamsodrkami"/>
      </w:pPr>
      <w:r>
        <w:rPr>
          <w:rFonts w:ascii="Calibri" w:eastAsia="Calibri" w:hAnsi="Calibri"/>
        </w:rPr>
        <w:t>Lahůdkové výrobky (aspik, obložená vejce, saláty)</w:t>
      </w:r>
    </w:p>
    <w:p w14:paraId="7B0422D3" w14:textId="77777777" w:rsidR="00966B7A" w:rsidRDefault="00B95D5A">
      <w:pPr>
        <w:pStyle w:val="Seznamsodrkami"/>
      </w:pPr>
      <w:r>
        <w:rPr>
          <w:rFonts w:ascii="Calibri" w:eastAsia="Calibri" w:hAnsi="Calibri"/>
        </w:rPr>
        <w:t>False positive (instantní polévky Maggi/Vitana)</w:t>
      </w:r>
    </w:p>
    <w:p w14:paraId="68B8E4FF" w14:textId="77777777" w:rsidR="00966B7A" w:rsidRDefault="00B95D5A">
      <w:pPr>
        <w:spacing w:before="160" w:after="80"/>
      </w:pPr>
      <w:r>
        <w:rPr>
          <w:rFonts w:ascii="Calibri" w:eastAsia="Calibri" w:hAnsi="Calibri"/>
          <w:b/>
          <w:sz w:val="24"/>
        </w:rPr>
        <w:t>2.2 Pravidla segmentace</w:t>
      </w:r>
    </w:p>
    <w:p w14:paraId="1835FD81" w14:textId="77777777" w:rsidR="00966B7A" w:rsidRDefault="00B95D5A">
      <w:pPr>
        <w:pStyle w:val="Seznamsodrkami"/>
      </w:pPr>
      <w:r>
        <w:rPr>
          <w:rFonts w:ascii="Calibri" w:eastAsia="Calibri" w:hAnsi="Calibri"/>
        </w:rPr>
        <w:t>Velikost (S, M, L) dle označení v názvu produktu (text za „podestýlky“).</w:t>
      </w:r>
    </w:p>
    <w:p w14:paraId="6A4B02CC" w14:textId="77777777" w:rsidR="00966B7A" w:rsidRDefault="00B95D5A">
      <w:pPr>
        <w:pStyle w:val="Seznamsodrkami"/>
      </w:pPr>
      <w:r>
        <w:rPr>
          <w:rFonts w:ascii="Calibri" w:eastAsia="Calibri" w:hAnsi="Calibri"/>
        </w:rPr>
        <w:t>Balení 10 ks a 30 ks nikdy nesrovnáváme dohromady.</w:t>
      </w:r>
    </w:p>
    <w:p w14:paraId="5AB72A25" w14:textId="77777777" w:rsidR="00966B7A" w:rsidRDefault="00B95D5A">
      <w:pPr>
        <w:pStyle w:val="Seznamsodrkami"/>
      </w:pPr>
      <w:r>
        <w:rPr>
          <w:rFonts w:ascii="Calibri" w:eastAsia="Calibri" w:hAnsi="Calibri"/>
        </w:rPr>
        <w:lastRenderedPageBreak/>
        <w:t>price_before = přeškrtnutá referenční cena v letáku; price_after = akční cena.</w:t>
      </w:r>
    </w:p>
    <w:p w14:paraId="3FD8A5B5" w14:textId="77777777" w:rsidR="00966B7A" w:rsidRDefault="00B95D5A">
      <w:pPr>
        <w:spacing w:before="240" w:after="120"/>
      </w:pPr>
      <w:r>
        <w:rPr>
          <w:rFonts w:ascii="Calibri" w:eastAsia="Calibri" w:hAnsi="Calibri"/>
          <w:b/>
          <w:sz w:val="28"/>
        </w:rPr>
        <w:t>3. Vývoj cen na trhu (průměr)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1"/>
        <w:gridCol w:w="1660"/>
        <w:gridCol w:w="1661"/>
        <w:gridCol w:w="1660"/>
        <w:gridCol w:w="1660"/>
        <w:gridCol w:w="1660"/>
      </w:tblGrid>
      <w:tr w:rsidR="00966B7A" w14:paraId="760BEEED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7559E98A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Vel.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5615CB4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Balení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532E2BBF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Měsíc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2D512DBB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Akcí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E5435A1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Ø before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F9A1B09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Ø after</w:t>
            </w:r>
          </w:p>
        </w:tc>
      </w:tr>
      <w:tr w:rsidR="00966B7A" w14:paraId="37E61164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2D9DEF4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B4AFCD9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6D2F23D" w14:textId="77777777" w:rsidR="00966B7A" w:rsidRDefault="00B95D5A">
            <w:r>
              <w:rPr>
                <w:rFonts w:ascii="Calibri" w:eastAsia="Calibri" w:hAnsi="Calibri"/>
                <w:sz w:val="20"/>
              </w:rPr>
              <w:t>Květen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5A3ED19" w14:textId="77777777" w:rsidR="00966B7A" w:rsidRDefault="00B95D5A">
            <w:r>
              <w:rPr>
                <w:rFonts w:ascii="Calibri" w:eastAsia="Calibri" w:hAnsi="Calibri"/>
                <w:sz w:val="20"/>
              </w:rPr>
              <w:t>12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CCB90E1" w14:textId="36E21786" w:rsidR="00966B7A" w:rsidRDefault="00B95D5A">
            <w:r>
              <w:rPr>
                <w:rFonts w:ascii="Calibri" w:eastAsia="Calibri" w:hAnsi="Calibri"/>
                <w:sz w:val="20"/>
              </w:rPr>
              <w:t>79,2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881D570" w14:textId="6CC268A2" w:rsidR="00966B7A" w:rsidRDefault="00B95D5A">
            <w:r>
              <w:rPr>
                <w:rFonts w:ascii="Calibri" w:eastAsia="Calibri" w:hAnsi="Calibri"/>
                <w:sz w:val="20"/>
              </w:rPr>
              <w:t>49,2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0F056776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035EBCB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FA382A4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3ED7BAC0" w14:textId="77777777" w:rsidR="00966B7A" w:rsidRDefault="00B95D5A">
            <w:r>
              <w:rPr>
                <w:rFonts w:ascii="Calibri" w:eastAsia="Calibri" w:hAnsi="Calibri"/>
                <w:sz w:val="20"/>
              </w:rPr>
              <w:t>Červen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5242440" w14:textId="77777777" w:rsidR="00966B7A" w:rsidRDefault="00B95D5A">
            <w:r>
              <w:rPr>
                <w:rFonts w:ascii="Calibri" w:eastAsia="Calibri" w:hAnsi="Calibri"/>
                <w:sz w:val="20"/>
              </w:rPr>
              <w:t>16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68F968D" w14:textId="013E4F48" w:rsidR="00966B7A" w:rsidRDefault="00B95D5A">
            <w:r>
              <w:rPr>
                <w:rFonts w:ascii="Calibri" w:eastAsia="Calibri" w:hAnsi="Calibri"/>
                <w:sz w:val="20"/>
              </w:rPr>
              <w:t>77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D8F56E5" w14:textId="7934FFD7" w:rsidR="00966B7A" w:rsidRDefault="00B95D5A">
            <w:r>
              <w:rPr>
                <w:rFonts w:ascii="Calibri" w:eastAsia="Calibri" w:hAnsi="Calibri"/>
                <w:sz w:val="20"/>
              </w:rPr>
              <w:t>45,8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6484F38C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D5ECC4B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8D03C74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7ABF481" w14:textId="77777777" w:rsidR="00966B7A" w:rsidRDefault="00B95D5A">
            <w:r>
              <w:rPr>
                <w:rFonts w:ascii="Calibri" w:eastAsia="Calibri" w:hAnsi="Calibri"/>
                <w:sz w:val="20"/>
              </w:rPr>
              <w:t>Červenec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ACF9B7A" w14:textId="77777777" w:rsidR="00966B7A" w:rsidRDefault="00B95D5A">
            <w:r>
              <w:rPr>
                <w:rFonts w:ascii="Calibri" w:eastAsia="Calibri" w:hAnsi="Calibri"/>
                <w:sz w:val="20"/>
              </w:rPr>
              <w:t>18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98C9460" w14:textId="4E74350D" w:rsidR="00966B7A" w:rsidRDefault="00B95D5A">
            <w:r>
              <w:rPr>
                <w:rFonts w:ascii="Calibri" w:eastAsia="Calibri" w:hAnsi="Calibri"/>
                <w:sz w:val="20"/>
              </w:rPr>
              <w:t>69,5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12506DB" w14:textId="0147D804" w:rsidR="00966B7A" w:rsidRDefault="00B95D5A">
            <w:r>
              <w:rPr>
                <w:rFonts w:ascii="Calibri" w:eastAsia="Calibri" w:hAnsi="Calibri"/>
                <w:sz w:val="20"/>
              </w:rPr>
              <w:t>37,9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754B3AEF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B802297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DBBE7CD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CB8815C" w14:textId="77777777" w:rsidR="00966B7A" w:rsidRDefault="00B95D5A">
            <w:r>
              <w:rPr>
                <w:rFonts w:ascii="Calibri" w:eastAsia="Calibri" w:hAnsi="Calibri"/>
                <w:sz w:val="20"/>
              </w:rPr>
              <w:t>Květen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D4770C1" w14:textId="77777777" w:rsidR="00966B7A" w:rsidRDefault="00B95D5A">
            <w:r>
              <w:rPr>
                <w:rFonts w:ascii="Calibri" w:eastAsia="Calibri" w:hAnsi="Calibri"/>
                <w:sz w:val="20"/>
              </w:rPr>
              <w:t>11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8BD56C8" w14:textId="140EC916" w:rsidR="00966B7A" w:rsidRDefault="00B95D5A">
            <w:r>
              <w:rPr>
                <w:rFonts w:ascii="Calibri" w:eastAsia="Calibri" w:hAnsi="Calibri"/>
                <w:sz w:val="20"/>
              </w:rPr>
              <w:t>233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2B7191C" w14:textId="3C36BD23" w:rsidR="00966B7A" w:rsidRDefault="00B95D5A">
            <w:r>
              <w:rPr>
                <w:rFonts w:ascii="Calibri" w:eastAsia="Calibri" w:hAnsi="Calibri"/>
                <w:sz w:val="20"/>
              </w:rPr>
              <w:t>138,8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5B748A1B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220D517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09BAD59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F55E895" w14:textId="77777777" w:rsidR="00966B7A" w:rsidRDefault="00B95D5A">
            <w:r>
              <w:rPr>
                <w:rFonts w:ascii="Calibri" w:eastAsia="Calibri" w:hAnsi="Calibri"/>
                <w:sz w:val="20"/>
              </w:rPr>
              <w:t>Červen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DC846E9" w14:textId="77777777" w:rsidR="00966B7A" w:rsidRDefault="00B95D5A">
            <w:r>
              <w:rPr>
                <w:rFonts w:ascii="Calibri" w:eastAsia="Calibri" w:hAnsi="Calibri"/>
                <w:sz w:val="20"/>
              </w:rPr>
              <w:t>14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7554DFC" w14:textId="71281CFF" w:rsidR="00966B7A" w:rsidRDefault="00B95D5A">
            <w:r>
              <w:rPr>
                <w:rFonts w:ascii="Calibri" w:eastAsia="Calibri" w:hAnsi="Calibri"/>
                <w:sz w:val="20"/>
              </w:rPr>
              <w:t>224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E9D8141" w14:textId="1B02BD96" w:rsidR="00966B7A" w:rsidRDefault="00B95D5A">
            <w:r>
              <w:rPr>
                <w:rFonts w:ascii="Calibri" w:eastAsia="Calibri" w:hAnsi="Calibri"/>
                <w:sz w:val="20"/>
              </w:rPr>
              <w:t>128,5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551FBDB3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0E31271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2472A5B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3F30AC77" w14:textId="77777777" w:rsidR="00966B7A" w:rsidRDefault="00B95D5A">
            <w:r>
              <w:rPr>
                <w:rFonts w:ascii="Calibri" w:eastAsia="Calibri" w:hAnsi="Calibri"/>
                <w:sz w:val="20"/>
              </w:rPr>
              <w:t>Červenec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9552F0A" w14:textId="77777777" w:rsidR="00966B7A" w:rsidRDefault="00B95D5A">
            <w:r>
              <w:rPr>
                <w:rFonts w:ascii="Calibri" w:eastAsia="Calibri" w:hAnsi="Calibri"/>
                <w:sz w:val="20"/>
              </w:rPr>
              <w:t>14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3FA7C5B" w14:textId="2AED4D7C" w:rsidR="00966B7A" w:rsidRDefault="00B95D5A">
            <w:r>
              <w:rPr>
                <w:rFonts w:ascii="Calibri" w:eastAsia="Calibri" w:hAnsi="Calibri"/>
                <w:sz w:val="20"/>
              </w:rPr>
              <w:t>218,7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B819437" w14:textId="532FE893" w:rsidR="00966B7A" w:rsidRDefault="00B95D5A">
            <w:r>
              <w:rPr>
                <w:rFonts w:ascii="Calibri" w:eastAsia="Calibri" w:hAnsi="Calibri"/>
                <w:sz w:val="20"/>
              </w:rPr>
              <w:t>113,8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</w:tbl>
    <w:p w14:paraId="3DBD4CF3" w14:textId="77777777" w:rsidR="00966B7A" w:rsidRDefault="00966B7A">
      <w:pPr>
        <w:spacing w:after="120"/>
      </w:pPr>
    </w:p>
    <w:p w14:paraId="223DE6B6" w14:textId="24D51812" w:rsidR="00966B7A" w:rsidRDefault="00B95D5A">
      <w:pPr>
        <w:spacing w:before="240" w:after="120"/>
      </w:pPr>
      <w:r>
        <w:rPr>
          <w:rFonts w:ascii="Calibri" w:eastAsia="Calibri" w:hAnsi="Calibri"/>
          <w:b/>
          <w:sz w:val="28"/>
        </w:rPr>
        <w:t xml:space="preserve">4. </w:t>
      </w:r>
      <w:proofErr w:type="spellStart"/>
      <w:r>
        <w:rPr>
          <w:rFonts w:ascii="Calibri" w:eastAsia="Calibri" w:hAnsi="Calibri"/>
          <w:b/>
          <w:sz w:val="28"/>
        </w:rPr>
        <w:t>Přehled</w:t>
      </w:r>
      <w:proofErr w:type="spellEnd"/>
      <w:r>
        <w:rPr>
          <w:rFonts w:ascii="Calibri" w:eastAsia="Calibri" w:hAnsi="Calibri"/>
          <w:b/>
          <w:sz w:val="28"/>
        </w:rPr>
        <w:t xml:space="preserve"> </w:t>
      </w:r>
      <w:proofErr w:type="spellStart"/>
      <w:r>
        <w:rPr>
          <w:rFonts w:ascii="Calibri" w:eastAsia="Calibri" w:hAnsi="Calibri"/>
          <w:b/>
          <w:sz w:val="28"/>
        </w:rPr>
        <w:t>obchodů</w:t>
      </w:r>
      <w:proofErr w:type="spellEnd"/>
      <w:r>
        <w:rPr>
          <w:rFonts w:ascii="Calibri" w:eastAsia="Calibri" w:hAnsi="Calibri"/>
          <w:b/>
          <w:sz w:val="28"/>
        </w:rPr>
        <w:t xml:space="preserve"> — </w:t>
      </w:r>
      <w:proofErr w:type="spellStart"/>
      <w:r>
        <w:rPr>
          <w:rFonts w:ascii="Calibri" w:eastAsia="Calibri" w:hAnsi="Calibri"/>
          <w:b/>
          <w:sz w:val="28"/>
        </w:rPr>
        <w:t>velikost</w:t>
      </w:r>
      <w:proofErr w:type="spellEnd"/>
      <w:r>
        <w:rPr>
          <w:rFonts w:ascii="Calibri" w:eastAsia="Calibri" w:hAnsi="Calibri"/>
          <w:b/>
          <w:sz w:val="28"/>
        </w:rPr>
        <w:t xml:space="preserve"> M/10 </w:t>
      </w:r>
      <w:proofErr w:type="spellStart"/>
      <w:r>
        <w:rPr>
          <w:rFonts w:ascii="Calibri" w:eastAsia="Calibri" w:hAnsi="Calibri"/>
          <w:b/>
          <w:sz w:val="28"/>
        </w:rPr>
        <w:t>ks</w:t>
      </w:r>
      <w:proofErr w:type="spellEnd"/>
      <w:r>
        <w:rPr>
          <w:rFonts w:ascii="Calibri" w:eastAsia="Calibri" w:hAnsi="Calibri"/>
          <w:b/>
          <w:sz w:val="28"/>
        </w:rPr>
        <w:t xml:space="preserve"> (</w:t>
      </w:r>
      <w:proofErr w:type="spellStart"/>
      <w:r>
        <w:rPr>
          <w:rFonts w:ascii="Calibri" w:eastAsia="Calibri" w:hAnsi="Calibri"/>
          <w:b/>
          <w:sz w:val="28"/>
        </w:rPr>
        <w:t>průměr</w:t>
      </w:r>
      <w:proofErr w:type="spellEnd"/>
      <w:r>
        <w:rPr>
          <w:rFonts w:ascii="Calibri" w:eastAsia="Calibri" w:hAnsi="Calibri"/>
          <w:b/>
          <w:sz w:val="28"/>
        </w:rPr>
        <w:t xml:space="preserve"> after)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93"/>
        <w:gridCol w:w="1992"/>
        <w:gridCol w:w="1992"/>
        <w:gridCol w:w="1993"/>
        <w:gridCol w:w="1992"/>
      </w:tblGrid>
      <w:tr w:rsidR="00966B7A" w14:paraId="70AE58C4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3BC8A531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Obchod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B7610CF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Květen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B6F9E08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Červen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240E61AA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Červenec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56C5788B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Akcí</w:t>
            </w:r>
          </w:p>
        </w:tc>
      </w:tr>
      <w:tr w:rsidR="00966B7A" w14:paraId="21E8BCD8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B904319" w14:textId="77777777" w:rsidR="00966B7A" w:rsidRDefault="00B95D5A">
            <w:r>
              <w:rPr>
                <w:rFonts w:ascii="Calibri" w:eastAsia="Calibri" w:hAnsi="Calibri"/>
                <w:sz w:val="20"/>
              </w:rPr>
              <w:t>Albert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86B0581" w14:textId="6FFA3B5F" w:rsidR="00966B7A" w:rsidRDefault="00B95D5A">
            <w:r>
              <w:rPr>
                <w:rFonts w:ascii="Calibri" w:eastAsia="Calibri" w:hAnsi="Calibri"/>
                <w:sz w:val="20"/>
              </w:rPr>
              <w:t>52,9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CBEDD3C" w14:textId="0CF6637C" w:rsidR="00966B7A" w:rsidRDefault="00B95D5A">
            <w:r>
              <w:rPr>
                <w:rFonts w:ascii="Calibri" w:eastAsia="Calibri" w:hAnsi="Calibri"/>
                <w:sz w:val="20"/>
              </w:rPr>
              <w:t>43,2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13A298E" w14:textId="46C75327" w:rsidR="00966B7A" w:rsidRDefault="00B95D5A">
            <w:r>
              <w:rPr>
                <w:rFonts w:ascii="Calibri" w:eastAsia="Calibri" w:hAnsi="Calibri"/>
                <w:sz w:val="20"/>
              </w:rPr>
              <w:t>33,9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F58EF7F" w14:textId="77777777" w:rsidR="00966B7A" w:rsidRDefault="00B95D5A">
            <w:r>
              <w:rPr>
                <w:rFonts w:ascii="Calibri" w:eastAsia="Calibri" w:hAnsi="Calibri"/>
                <w:sz w:val="20"/>
              </w:rPr>
              <w:t>11</w:t>
            </w:r>
          </w:p>
        </w:tc>
      </w:tr>
      <w:tr w:rsidR="00966B7A" w14:paraId="47FCA4E1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8A17EE9" w14:textId="77777777" w:rsidR="00966B7A" w:rsidRDefault="00B95D5A">
            <w:r>
              <w:rPr>
                <w:rFonts w:ascii="Calibri" w:eastAsia="Calibri" w:hAnsi="Calibri"/>
                <w:sz w:val="20"/>
              </w:rPr>
              <w:t>Kaufland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68EA5AE" w14:textId="6DC4A1E5" w:rsidR="00966B7A" w:rsidRDefault="00B95D5A">
            <w:r>
              <w:rPr>
                <w:rFonts w:ascii="Calibri" w:eastAsia="Calibri" w:hAnsi="Calibri"/>
                <w:sz w:val="20"/>
              </w:rPr>
              <w:t>39,9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976F9C7" w14:textId="635354A7" w:rsidR="00966B7A" w:rsidRDefault="00B95D5A">
            <w:r>
              <w:rPr>
                <w:rFonts w:ascii="Calibri" w:eastAsia="Calibri" w:hAnsi="Calibri"/>
                <w:sz w:val="20"/>
              </w:rPr>
              <w:t>42,4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3458FA8C" w14:textId="67CDDFAC" w:rsidR="00966B7A" w:rsidRDefault="00B95D5A">
            <w:r>
              <w:rPr>
                <w:rFonts w:ascii="Calibri" w:eastAsia="Calibri" w:hAnsi="Calibri"/>
                <w:sz w:val="20"/>
              </w:rPr>
              <w:t>38,2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49089A0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</w:tr>
      <w:tr w:rsidR="00966B7A" w14:paraId="2DFD00ED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24E18D7" w14:textId="77777777" w:rsidR="00966B7A" w:rsidRDefault="00B95D5A">
            <w:r>
              <w:rPr>
                <w:rFonts w:ascii="Calibri" w:eastAsia="Calibri" w:hAnsi="Calibri"/>
                <w:sz w:val="20"/>
              </w:rPr>
              <w:t>Lidl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91BC66C" w14:textId="77777777" w:rsidR="00966B7A" w:rsidRDefault="00B95D5A">
            <w:r>
              <w:rPr>
                <w:rFonts w:ascii="Calibri" w:eastAsia="Calibri" w:hAnsi="Calibri"/>
                <w:sz w:val="20"/>
              </w:rPr>
              <w:t>—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99800AA" w14:textId="0EE364E3" w:rsidR="00966B7A" w:rsidRDefault="00B95D5A">
            <w:r>
              <w:rPr>
                <w:rFonts w:ascii="Calibri" w:eastAsia="Calibri" w:hAnsi="Calibri"/>
                <w:sz w:val="20"/>
              </w:rPr>
              <w:t>49,9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75E5505" w14:textId="600AC7E3" w:rsidR="00966B7A" w:rsidRDefault="00B95D5A">
            <w:r>
              <w:rPr>
                <w:rFonts w:ascii="Calibri" w:eastAsia="Calibri" w:hAnsi="Calibri"/>
                <w:sz w:val="20"/>
              </w:rPr>
              <w:t>49,9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8F083CC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</w:tr>
      <w:tr w:rsidR="00966B7A" w14:paraId="6CFC7DCE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E195971" w14:textId="77777777" w:rsidR="00966B7A" w:rsidRDefault="00B95D5A">
            <w:r>
              <w:rPr>
                <w:rFonts w:ascii="Calibri" w:eastAsia="Calibri" w:hAnsi="Calibri"/>
                <w:sz w:val="20"/>
              </w:rPr>
              <w:t>BILLA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D89199F" w14:textId="2B83CE18" w:rsidR="00966B7A" w:rsidRDefault="00B95D5A">
            <w:r>
              <w:rPr>
                <w:rFonts w:ascii="Calibri" w:eastAsia="Calibri" w:hAnsi="Calibri"/>
                <w:sz w:val="20"/>
              </w:rPr>
              <w:t>49,9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FA8ACDF" w14:textId="44A20040" w:rsidR="00966B7A" w:rsidRDefault="00B95D5A">
            <w:r>
              <w:rPr>
                <w:rFonts w:ascii="Calibri" w:eastAsia="Calibri" w:hAnsi="Calibri"/>
                <w:sz w:val="20"/>
              </w:rPr>
              <w:t>44,9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4FCC51F" w14:textId="18A339B7" w:rsidR="00966B7A" w:rsidRDefault="00B95D5A">
            <w:r>
              <w:rPr>
                <w:rFonts w:ascii="Calibri" w:eastAsia="Calibri" w:hAnsi="Calibri"/>
                <w:sz w:val="20"/>
              </w:rPr>
              <w:t>32,4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023157F" w14:textId="77777777" w:rsidR="00966B7A" w:rsidRDefault="00B95D5A">
            <w:r>
              <w:rPr>
                <w:rFonts w:ascii="Calibri" w:eastAsia="Calibri" w:hAnsi="Calibri"/>
                <w:sz w:val="20"/>
              </w:rPr>
              <w:t>5</w:t>
            </w:r>
          </w:p>
        </w:tc>
      </w:tr>
      <w:tr w:rsidR="00966B7A" w14:paraId="18D1FF60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D732B6B" w14:textId="77777777" w:rsidR="00966B7A" w:rsidRDefault="00B95D5A">
            <w:r>
              <w:rPr>
                <w:rFonts w:ascii="Calibri" w:eastAsia="Calibri" w:hAnsi="Calibri"/>
                <w:sz w:val="20"/>
              </w:rPr>
              <w:t>Penny Market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6556AC8" w14:textId="7A864AF4" w:rsidR="00966B7A" w:rsidRDefault="00B95D5A">
            <w:r>
              <w:rPr>
                <w:rFonts w:ascii="Calibri" w:eastAsia="Calibri" w:hAnsi="Calibri"/>
                <w:sz w:val="20"/>
              </w:rPr>
              <w:t>49,9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5EE5C5E" w14:textId="15F08266" w:rsidR="00966B7A" w:rsidRDefault="00B95D5A">
            <w:r>
              <w:rPr>
                <w:rFonts w:ascii="Calibri" w:eastAsia="Calibri" w:hAnsi="Calibri"/>
                <w:sz w:val="20"/>
              </w:rPr>
              <w:t>34,9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45A303B" w14:textId="48E9EAAF" w:rsidR="00966B7A" w:rsidRDefault="00B95D5A">
            <w:r>
              <w:rPr>
                <w:rFonts w:ascii="Calibri" w:eastAsia="Calibri" w:hAnsi="Calibri"/>
                <w:sz w:val="20"/>
              </w:rPr>
              <w:t>29,9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2F9161C" w14:textId="77777777" w:rsidR="00966B7A" w:rsidRDefault="00B95D5A">
            <w:r>
              <w:rPr>
                <w:rFonts w:ascii="Calibri" w:eastAsia="Calibri" w:hAnsi="Calibri"/>
                <w:sz w:val="20"/>
              </w:rPr>
              <w:t>3</w:t>
            </w:r>
          </w:p>
        </w:tc>
      </w:tr>
    </w:tbl>
    <w:p w14:paraId="4B3EB920" w14:textId="77777777" w:rsidR="00966B7A" w:rsidRDefault="00966B7A">
      <w:pPr>
        <w:spacing w:after="120"/>
      </w:pPr>
    </w:p>
    <w:p w14:paraId="4050E3C1" w14:textId="5F935865" w:rsidR="00966B7A" w:rsidRDefault="00B95D5A">
      <w:pPr>
        <w:spacing w:before="240" w:after="120"/>
      </w:pPr>
      <w:r>
        <w:rPr>
          <w:rFonts w:ascii="Calibri" w:eastAsia="Calibri" w:hAnsi="Calibri"/>
          <w:b/>
          <w:sz w:val="28"/>
        </w:rPr>
        <w:t xml:space="preserve">5. </w:t>
      </w:r>
      <w:proofErr w:type="spellStart"/>
      <w:r>
        <w:rPr>
          <w:rFonts w:ascii="Calibri" w:eastAsia="Calibri" w:hAnsi="Calibri"/>
          <w:b/>
          <w:sz w:val="28"/>
        </w:rPr>
        <w:t>Přehled</w:t>
      </w:r>
      <w:proofErr w:type="spellEnd"/>
      <w:r>
        <w:rPr>
          <w:rFonts w:ascii="Calibri" w:eastAsia="Calibri" w:hAnsi="Calibri"/>
          <w:b/>
          <w:sz w:val="28"/>
        </w:rPr>
        <w:t xml:space="preserve"> </w:t>
      </w:r>
      <w:proofErr w:type="spellStart"/>
      <w:r>
        <w:rPr>
          <w:rFonts w:ascii="Calibri" w:eastAsia="Calibri" w:hAnsi="Calibri"/>
          <w:b/>
          <w:sz w:val="28"/>
        </w:rPr>
        <w:t>obchodů</w:t>
      </w:r>
      <w:proofErr w:type="spellEnd"/>
      <w:r>
        <w:rPr>
          <w:rFonts w:ascii="Calibri" w:eastAsia="Calibri" w:hAnsi="Calibri"/>
          <w:b/>
          <w:sz w:val="28"/>
        </w:rPr>
        <w:t xml:space="preserve"> — </w:t>
      </w:r>
      <w:proofErr w:type="spellStart"/>
      <w:r>
        <w:rPr>
          <w:rFonts w:ascii="Calibri" w:eastAsia="Calibri" w:hAnsi="Calibri"/>
          <w:b/>
          <w:sz w:val="28"/>
        </w:rPr>
        <w:t>velikost</w:t>
      </w:r>
      <w:proofErr w:type="spellEnd"/>
      <w:r>
        <w:rPr>
          <w:rFonts w:ascii="Calibri" w:eastAsia="Calibri" w:hAnsi="Calibri"/>
          <w:b/>
          <w:sz w:val="28"/>
        </w:rPr>
        <w:t xml:space="preserve"> M/30 </w:t>
      </w:r>
      <w:proofErr w:type="spellStart"/>
      <w:r>
        <w:rPr>
          <w:rFonts w:ascii="Calibri" w:eastAsia="Calibri" w:hAnsi="Calibri"/>
          <w:b/>
          <w:sz w:val="28"/>
        </w:rPr>
        <w:t>ks</w:t>
      </w:r>
      <w:proofErr w:type="spellEnd"/>
      <w:r>
        <w:rPr>
          <w:rFonts w:ascii="Calibri" w:eastAsia="Calibri" w:hAnsi="Calibri"/>
          <w:b/>
          <w:sz w:val="28"/>
        </w:rPr>
        <w:t xml:space="preserve"> (</w:t>
      </w:r>
      <w:proofErr w:type="spellStart"/>
      <w:r>
        <w:rPr>
          <w:rFonts w:ascii="Calibri" w:eastAsia="Calibri" w:hAnsi="Calibri"/>
          <w:b/>
          <w:sz w:val="28"/>
        </w:rPr>
        <w:t>průměr</w:t>
      </w:r>
      <w:proofErr w:type="spellEnd"/>
      <w:r>
        <w:rPr>
          <w:rFonts w:ascii="Calibri" w:eastAsia="Calibri" w:hAnsi="Calibri"/>
          <w:b/>
          <w:sz w:val="28"/>
        </w:rPr>
        <w:t xml:space="preserve"> after)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93"/>
        <w:gridCol w:w="1992"/>
        <w:gridCol w:w="1992"/>
        <w:gridCol w:w="1993"/>
        <w:gridCol w:w="1992"/>
      </w:tblGrid>
      <w:tr w:rsidR="00966B7A" w14:paraId="1A65713A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7A3E48DD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Obchod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427E39C0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Květen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7F7A5124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Červen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287BC7B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Červenec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7C566B75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Akcí</w:t>
            </w:r>
          </w:p>
        </w:tc>
      </w:tr>
      <w:tr w:rsidR="00966B7A" w14:paraId="50518C89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0B56C00" w14:textId="77777777" w:rsidR="00966B7A" w:rsidRDefault="00B95D5A">
            <w:r>
              <w:rPr>
                <w:rFonts w:ascii="Calibri" w:eastAsia="Calibri" w:hAnsi="Calibri"/>
                <w:sz w:val="20"/>
              </w:rPr>
              <w:t>Kaufland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AFD231B" w14:textId="50DD272C" w:rsidR="00966B7A" w:rsidRDefault="00B95D5A">
            <w:r>
              <w:rPr>
                <w:rFonts w:ascii="Calibri" w:eastAsia="Calibri" w:hAnsi="Calibri"/>
                <w:sz w:val="20"/>
              </w:rPr>
              <w:t>149,9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C3873E3" w14:textId="147A90F8" w:rsidR="00966B7A" w:rsidRDefault="00B95D5A">
            <w:r>
              <w:rPr>
                <w:rFonts w:ascii="Calibri" w:eastAsia="Calibri" w:hAnsi="Calibri"/>
                <w:sz w:val="20"/>
              </w:rPr>
              <w:t>116,6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CC2A455" w14:textId="5F82B1DD" w:rsidR="00966B7A" w:rsidRDefault="00B95D5A">
            <w:r>
              <w:rPr>
                <w:rFonts w:ascii="Calibri" w:eastAsia="Calibri" w:hAnsi="Calibri"/>
                <w:sz w:val="20"/>
              </w:rPr>
              <w:t>105,9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22714B1" w14:textId="77777777" w:rsidR="00966B7A" w:rsidRDefault="00B95D5A">
            <w:r>
              <w:rPr>
                <w:rFonts w:ascii="Calibri" w:eastAsia="Calibri" w:hAnsi="Calibri"/>
                <w:sz w:val="20"/>
              </w:rPr>
              <w:t>8</w:t>
            </w:r>
          </w:p>
        </w:tc>
      </w:tr>
      <w:tr w:rsidR="00966B7A" w14:paraId="5D54DF1B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389537C" w14:textId="77777777" w:rsidR="00966B7A" w:rsidRDefault="00B95D5A">
            <w:r>
              <w:rPr>
                <w:rFonts w:ascii="Calibri" w:eastAsia="Calibri" w:hAnsi="Calibri"/>
                <w:sz w:val="20"/>
              </w:rPr>
              <w:t>Lidl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654B595" w14:textId="77777777" w:rsidR="00966B7A" w:rsidRDefault="00B95D5A">
            <w:r>
              <w:rPr>
                <w:rFonts w:ascii="Calibri" w:eastAsia="Calibri" w:hAnsi="Calibri"/>
                <w:sz w:val="20"/>
              </w:rPr>
              <w:t>—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AC6E06F" w14:textId="3D182434" w:rsidR="00966B7A" w:rsidRDefault="00B95D5A">
            <w:r>
              <w:rPr>
                <w:rFonts w:ascii="Calibri" w:eastAsia="Calibri" w:hAnsi="Calibri"/>
                <w:sz w:val="20"/>
              </w:rPr>
              <w:t>144,9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A9CCADA" w14:textId="33EE4833" w:rsidR="00966B7A" w:rsidRDefault="00B95D5A">
            <w:r>
              <w:rPr>
                <w:rFonts w:ascii="Calibri" w:eastAsia="Calibri" w:hAnsi="Calibri"/>
                <w:sz w:val="20"/>
              </w:rPr>
              <w:t>144,9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C1F06CE" w14:textId="77777777" w:rsidR="00966B7A" w:rsidRDefault="00B95D5A">
            <w:r>
              <w:rPr>
                <w:rFonts w:ascii="Calibri" w:eastAsia="Calibri" w:hAnsi="Calibri"/>
                <w:sz w:val="20"/>
              </w:rPr>
              <w:t>7</w:t>
            </w:r>
          </w:p>
        </w:tc>
      </w:tr>
      <w:tr w:rsidR="00966B7A" w14:paraId="693B4F8A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BFFF995" w14:textId="77777777" w:rsidR="00966B7A" w:rsidRDefault="00B95D5A">
            <w:r>
              <w:rPr>
                <w:rFonts w:ascii="Calibri" w:eastAsia="Calibri" w:hAnsi="Calibri"/>
                <w:sz w:val="20"/>
              </w:rPr>
              <w:t>Albert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6169CC0" w14:textId="4F349687" w:rsidR="00966B7A" w:rsidRDefault="00B95D5A">
            <w:r>
              <w:rPr>
                <w:rFonts w:ascii="Calibri" w:eastAsia="Calibri" w:hAnsi="Calibri"/>
                <w:sz w:val="20"/>
              </w:rPr>
              <w:t>142,4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C88407F" w14:textId="6231BBE0" w:rsidR="00966B7A" w:rsidRDefault="00B95D5A">
            <w:r>
              <w:rPr>
                <w:rFonts w:ascii="Calibri" w:eastAsia="Calibri" w:hAnsi="Calibri"/>
                <w:sz w:val="20"/>
              </w:rPr>
              <w:t>129,9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21F44AB" w14:textId="575488FE" w:rsidR="00966B7A" w:rsidRDefault="00B95D5A">
            <w:r>
              <w:rPr>
                <w:rFonts w:ascii="Calibri" w:eastAsia="Calibri" w:hAnsi="Calibri"/>
                <w:sz w:val="20"/>
              </w:rPr>
              <w:t>109,9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49A299D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</w:tr>
      <w:tr w:rsidR="00966B7A" w14:paraId="6E37AF0B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367435E" w14:textId="77777777" w:rsidR="00966B7A" w:rsidRDefault="00B95D5A">
            <w:r>
              <w:rPr>
                <w:rFonts w:ascii="Calibri" w:eastAsia="Calibri" w:hAnsi="Calibri"/>
                <w:sz w:val="20"/>
              </w:rPr>
              <w:t>Globus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B9025A5" w14:textId="2F7FA730" w:rsidR="00966B7A" w:rsidRDefault="00B95D5A">
            <w:r>
              <w:rPr>
                <w:rFonts w:ascii="Calibri" w:eastAsia="Calibri" w:hAnsi="Calibri"/>
                <w:sz w:val="20"/>
              </w:rPr>
              <w:t>139,9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4010321" w14:textId="29016A2D" w:rsidR="00966B7A" w:rsidRDefault="00B95D5A">
            <w:r>
              <w:rPr>
                <w:rFonts w:ascii="Calibri" w:eastAsia="Calibri" w:hAnsi="Calibri"/>
                <w:sz w:val="20"/>
              </w:rPr>
              <w:t>124,9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5E2012C" w14:textId="61186884" w:rsidR="00966B7A" w:rsidRDefault="00B95D5A">
            <w:r>
              <w:rPr>
                <w:rFonts w:ascii="Calibri" w:eastAsia="Calibri" w:hAnsi="Calibri"/>
                <w:sz w:val="20"/>
              </w:rPr>
              <w:t>109,9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A53DC50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</w:tr>
      <w:tr w:rsidR="00966B7A" w14:paraId="31C9AF3E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9432BDC" w14:textId="77777777" w:rsidR="00966B7A" w:rsidRDefault="00B95D5A">
            <w:r>
              <w:rPr>
                <w:rFonts w:ascii="Calibri" w:eastAsia="Calibri" w:hAnsi="Calibri"/>
                <w:sz w:val="20"/>
              </w:rPr>
              <w:t>BILLA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0F6824B" w14:textId="4F3DB6BA" w:rsidR="00966B7A" w:rsidRDefault="00B95D5A">
            <w:r>
              <w:rPr>
                <w:rFonts w:ascii="Calibri" w:eastAsia="Calibri" w:hAnsi="Calibri"/>
                <w:sz w:val="20"/>
              </w:rPr>
              <w:t>128,9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BF15C41" w14:textId="3653061B" w:rsidR="00966B7A" w:rsidRDefault="00B95D5A">
            <w:r>
              <w:rPr>
                <w:rFonts w:ascii="Calibri" w:eastAsia="Calibri" w:hAnsi="Calibri"/>
                <w:sz w:val="20"/>
              </w:rPr>
              <w:t>119,9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56CD766" w14:textId="006E6D8B" w:rsidR="00966B7A" w:rsidRDefault="00B95D5A">
            <w:r>
              <w:rPr>
                <w:rFonts w:ascii="Calibri" w:eastAsia="Calibri" w:hAnsi="Calibri"/>
                <w:sz w:val="20"/>
              </w:rPr>
              <w:t>99,9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B9016DC" w14:textId="77777777" w:rsidR="00966B7A" w:rsidRDefault="00B95D5A">
            <w:r>
              <w:rPr>
                <w:rFonts w:ascii="Calibri" w:eastAsia="Calibri" w:hAnsi="Calibri"/>
                <w:sz w:val="20"/>
              </w:rPr>
              <w:t>5</w:t>
            </w:r>
          </w:p>
        </w:tc>
      </w:tr>
      <w:tr w:rsidR="00966B7A" w14:paraId="2C77FF41" w14:textId="77777777"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154B5A4" w14:textId="77777777" w:rsidR="00966B7A" w:rsidRDefault="00B95D5A">
            <w:r>
              <w:rPr>
                <w:rFonts w:ascii="Calibri" w:eastAsia="Calibri" w:hAnsi="Calibri"/>
                <w:sz w:val="20"/>
              </w:rPr>
              <w:t>Penny Market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9C91F6E" w14:textId="0D97D2B1" w:rsidR="00966B7A" w:rsidRDefault="00B95D5A">
            <w:r>
              <w:rPr>
                <w:rFonts w:ascii="Calibri" w:eastAsia="Calibri" w:hAnsi="Calibri"/>
                <w:sz w:val="20"/>
              </w:rPr>
              <w:t>134,9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3C7AA68" w14:textId="2A1E17C5" w:rsidR="00966B7A" w:rsidRDefault="00B95D5A">
            <w:r>
              <w:rPr>
                <w:rFonts w:ascii="Calibri" w:eastAsia="Calibri" w:hAnsi="Calibri"/>
                <w:sz w:val="20"/>
              </w:rPr>
              <w:t>119,9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DE143C0" w14:textId="276D1BF4" w:rsidR="00966B7A" w:rsidRDefault="00B95D5A">
            <w:r>
              <w:rPr>
                <w:rFonts w:ascii="Calibri" w:eastAsia="Calibri" w:hAnsi="Calibri"/>
                <w:sz w:val="20"/>
              </w:rPr>
              <w:t>89,9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99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5F11323" w14:textId="77777777" w:rsidR="00966B7A" w:rsidRDefault="00B95D5A">
            <w:r>
              <w:rPr>
                <w:rFonts w:ascii="Calibri" w:eastAsia="Calibri" w:hAnsi="Calibri"/>
                <w:sz w:val="20"/>
              </w:rPr>
              <w:t>3</w:t>
            </w:r>
          </w:p>
        </w:tc>
      </w:tr>
    </w:tbl>
    <w:p w14:paraId="12883CC7" w14:textId="77777777" w:rsidR="00966B7A" w:rsidRDefault="00966B7A">
      <w:pPr>
        <w:spacing w:after="120"/>
      </w:pPr>
    </w:p>
    <w:p w14:paraId="566B044C" w14:textId="77777777" w:rsidR="00966B7A" w:rsidRDefault="00966B7A">
      <w:pPr>
        <w:spacing w:after="120"/>
      </w:pPr>
    </w:p>
    <w:p w14:paraId="6290C8D3" w14:textId="0FDC4174" w:rsidR="00966B7A" w:rsidRDefault="00162F06">
      <w:pPr>
        <w:spacing w:before="240" w:after="120"/>
      </w:pPr>
      <w:r>
        <w:rPr>
          <w:rFonts w:ascii="Calibri" w:eastAsia="Calibri" w:hAnsi="Calibri"/>
          <w:b/>
          <w:sz w:val="28"/>
        </w:rPr>
        <w:lastRenderedPageBreak/>
        <w:t>6.1. Hlavní sdělení</w:t>
      </w:r>
    </w:p>
    <w:p w14:paraId="160FD50E" w14:textId="32B2FDA3" w:rsidR="00966B7A" w:rsidRDefault="00B95D5A">
      <w:pPr>
        <w:pStyle w:val="slovanseznam"/>
      </w:pPr>
      <w:r>
        <w:rPr>
          <w:rFonts w:ascii="Calibri" w:eastAsia="Calibri" w:hAnsi="Calibri"/>
        </w:rPr>
        <w:t xml:space="preserve">Akční ceny podestýlkových vajec v letácích klesly za tři měsíce až o 30 % — desítka velikost M </w:t>
      </w:r>
      <w:proofErr w:type="spellStart"/>
      <w:r>
        <w:rPr>
          <w:rFonts w:ascii="Calibri" w:eastAsia="Calibri" w:hAnsi="Calibri"/>
        </w:rPr>
        <w:t>stála</w:t>
      </w:r>
      <w:proofErr w:type="spellEnd"/>
      <w:r>
        <w:rPr>
          <w:rFonts w:ascii="Calibri" w:eastAsia="Calibri" w:hAnsi="Calibri"/>
        </w:rPr>
        <w:t xml:space="preserve"> v </w:t>
      </w:r>
      <w:proofErr w:type="spellStart"/>
      <w:r>
        <w:rPr>
          <w:rFonts w:ascii="Calibri" w:eastAsia="Calibri" w:hAnsi="Calibri"/>
        </w:rPr>
        <w:t>červenci</w:t>
      </w:r>
      <w:proofErr w:type="spellEnd"/>
      <w:r>
        <w:rPr>
          <w:rFonts w:ascii="Calibri" w:eastAsia="Calibri" w:hAnsi="Calibri"/>
        </w:rPr>
        <w:t xml:space="preserve"> v </w:t>
      </w:r>
      <w:proofErr w:type="spellStart"/>
      <w:r>
        <w:rPr>
          <w:rFonts w:ascii="Calibri" w:eastAsia="Calibri" w:hAnsi="Calibri"/>
        </w:rPr>
        <w:t>medi</w:t>
      </w:r>
      <w:r w:rsidR="00B55E50">
        <w:rPr>
          <w:rFonts w:ascii="Calibri" w:eastAsia="Calibri" w:hAnsi="Calibri"/>
        </w:rPr>
        <w:t>á</w:t>
      </w:r>
      <w:r>
        <w:rPr>
          <w:rFonts w:ascii="Calibri" w:eastAsia="Calibri" w:hAnsi="Calibri"/>
        </w:rPr>
        <w:t>nu</w:t>
      </w:r>
      <w:proofErr w:type="spellEnd"/>
      <w:r>
        <w:rPr>
          <w:rFonts w:ascii="Calibri" w:eastAsia="Calibri" w:hAnsi="Calibri"/>
        </w:rPr>
        <w:t xml:space="preserve"> 34,9</w:t>
      </w:r>
      <w:r w:rsidR="00573988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Kč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oproti</w:t>
      </w:r>
      <w:proofErr w:type="spellEnd"/>
      <w:r>
        <w:rPr>
          <w:rFonts w:ascii="Calibri" w:eastAsia="Calibri" w:hAnsi="Calibri"/>
        </w:rPr>
        <w:t xml:space="preserve"> 49,9</w:t>
      </w:r>
      <w:r w:rsidR="00573988">
        <w:rPr>
          <w:rFonts w:ascii="Calibri" w:eastAsia="Calibri" w:hAnsi="Calibri"/>
        </w:rPr>
        <w:t>0</w:t>
      </w:r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Kč</w:t>
      </w:r>
      <w:proofErr w:type="spellEnd"/>
      <w:r>
        <w:rPr>
          <w:rFonts w:ascii="Calibri" w:eastAsia="Calibri" w:hAnsi="Calibri"/>
        </w:rPr>
        <w:t xml:space="preserve"> v květnu.</w:t>
      </w:r>
    </w:p>
    <w:p w14:paraId="786D4A1B" w14:textId="68FB959F" w:rsidR="00966B7A" w:rsidRDefault="00B95D5A">
      <w:pPr>
        <w:pStyle w:val="slovanseznam"/>
      </w:pPr>
      <w:r>
        <w:rPr>
          <w:rFonts w:ascii="Calibri" w:eastAsia="Calibri" w:hAnsi="Calibri"/>
        </w:rPr>
        <w:t>Nej</w:t>
      </w:r>
      <w:r w:rsidR="00162F06">
        <w:rPr>
          <w:rFonts w:ascii="Calibri" w:eastAsia="Calibri" w:hAnsi="Calibri"/>
        </w:rPr>
        <w:t>výraznější</w:t>
      </w:r>
      <w:r>
        <w:rPr>
          <w:rFonts w:ascii="Calibri" w:eastAsia="Calibri" w:hAnsi="Calibri"/>
        </w:rPr>
        <w:t xml:space="preserve"> slevy dělá Penny Market a Albert</w:t>
      </w:r>
      <w:r w:rsidR="00162F06">
        <w:rPr>
          <w:rFonts w:ascii="Calibri" w:eastAsia="Calibri" w:hAnsi="Calibri"/>
        </w:rPr>
        <w:t>.</w:t>
      </w:r>
    </w:p>
    <w:p w14:paraId="13C0EDB7" w14:textId="77777777" w:rsidR="00966B7A" w:rsidRDefault="00B95D5A">
      <w:pPr>
        <w:pStyle w:val="slovanseznam"/>
      </w:pPr>
      <w:r>
        <w:rPr>
          <w:rFonts w:ascii="Calibri" w:eastAsia="Calibri" w:hAnsi="Calibri"/>
        </w:rPr>
        <w:t>Pokles se týká akčních cen v letácích — běžná regálová cena se může lišit.</w:t>
      </w:r>
    </w:p>
    <w:p w14:paraId="6B6C3B5A" w14:textId="05D999FA" w:rsidR="00966B7A" w:rsidRDefault="00162F06">
      <w:pPr>
        <w:spacing w:before="160" w:after="80"/>
      </w:pPr>
      <w:r>
        <w:rPr>
          <w:rFonts w:ascii="Calibri" w:eastAsia="Calibri" w:hAnsi="Calibri"/>
          <w:b/>
          <w:sz w:val="24"/>
        </w:rPr>
        <w:t>6.2 Možné důvody poklesu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966B7A" w14:paraId="5342C6DF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322DDC8A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Faktor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247262BE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Popis</w:t>
            </w:r>
          </w:p>
        </w:tc>
      </w:tr>
      <w:tr w:rsidR="00966B7A" w14:paraId="4D8CAD1D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3D44D86" w14:textId="77777777" w:rsidR="00966B7A" w:rsidRDefault="00B95D5A">
            <w:r>
              <w:rPr>
                <w:rFonts w:ascii="Calibri" w:eastAsia="Calibri" w:hAnsi="Calibri"/>
                <w:sz w:val="20"/>
              </w:rPr>
              <w:t>Stabilizace nabídky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2AEF8D4" w14:textId="77777777" w:rsidR="00966B7A" w:rsidRDefault="00B95D5A">
            <w:r>
              <w:rPr>
                <w:rFonts w:ascii="Calibri" w:eastAsia="Calibri" w:hAnsi="Calibri"/>
                <w:sz w:val="20"/>
              </w:rPr>
              <w:t>Po období zdražování se trh stabilizoval a nabídka rostla.</w:t>
            </w:r>
          </w:p>
        </w:tc>
      </w:tr>
      <w:tr w:rsidR="00966B7A" w14:paraId="16882B85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8DA120B" w14:textId="77777777" w:rsidR="00966B7A" w:rsidRDefault="00B95D5A">
            <w:r>
              <w:rPr>
                <w:rFonts w:ascii="Calibri" w:eastAsia="Calibri" w:hAnsi="Calibri"/>
                <w:sz w:val="20"/>
              </w:rPr>
              <w:t>Cenová válka řetězců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0F30809" w14:textId="77777777" w:rsidR="00966B7A" w:rsidRDefault="00B95D5A">
            <w:r>
              <w:rPr>
                <w:rFonts w:ascii="Calibri" w:eastAsia="Calibri" w:hAnsi="Calibri"/>
                <w:sz w:val="20"/>
              </w:rPr>
              <w:t>Albert a Penny snižují ceny nejvíc; ostatní reagují.</w:t>
            </w:r>
          </w:p>
        </w:tc>
      </w:tr>
      <w:tr w:rsidR="00966B7A" w14:paraId="16603F8F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0FA5687" w14:textId="77777777" w:rsidR="00966B7A" w:rsidRDefault="00B95D5A">
            <w:r>
              <w:rPr>
                <w:rFonts w:ascii="Calibri" w:eastAsia="Calibri" w:hAnsi="Calibri"/>
                <w:sz w:val="20"/>
              </w:rPr>
              <w:t>Sezónnost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ED617EA" w14:textId="77777777" w:rsidR="00966B7A" w:rsidRDefault="00B95D5A">
            <w:r>
              <w:rPr>
                <w:rFonts w:ascii="Calibri" w:eastAsia="Calibri" w:hAnsi="Calibri"/>
                <w:sz w:val="20"/>
              </w:rPr>
              <w:t>Letní období = nižší poptávka, silnější promo tlak.</w:t>
            </w:r>
          </w:p>
        </w:tc>
      </w:tr>
      <w:tr w:rsidR="00966B7A" w14:paraId="44A94E06" w14:textId="77777777"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572FDDF" w14:textId="77777777" w:rsidR="00966B7A" w:rsidRDefault="00B95D5A">
            <w:r>
              <w:rPr>
                <w:rFonts w:ascii="Calibri" w:eastAsia="Calibri" w:hAnsi="Calibri"/>
                <w:sz w:val="20"/>
              </w:rPr>
              <w:t>Snížení referenční ceny</w:t>
            </w:r>
          </w:p>
        </w:tc>
        <w:tc>
          <w:tcPr>
            <w:tcW w:w="49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7821696" w14:textId="77777777" w:rsidR="00966B7A" w:rsidRDefault="00B95D5A">
            <w:r>
              <w:rPr>
                <w:rFonts w:ascii="Calibri" w:eastAsia="Calibri" w:hAnsi="Calibri"/>
                <w:sz w:val="20"/>
              </w:rPr>
              <w:t>Klesá i price_before v letácích — větší prezentovaná sleva.</w:t>
            </w:r>
          </w:p>
        </w:tc>
      </w:tr>
    </w:tbl>
    <w:p w14:paraId="2E230FFD" w14:textId="77777777" w:rsidR="00966B7A" w:rsidRDefault="00966B7A">
      <w:pPr>
        <w:spacing w:after="120"/>
      </w:pPr>
    </w:p>
    <w:p w14:paraId="122929F1" w14:textId="55A5FDE6" w:rsidR="00966B7A" w:rsidRDefault="00162F06">
      <w:pPr>
        <w:spacing w:before="160" w:after="80"/>
      </w:pPr>
      <w:r>
        <w:rPr>
          <w:rFonts w:ascii="Calibri" w:eastAsia="Calibri" w:hAnsi="Calibri"/>
          <w:b/>
          <w:sz w:val="24"/>
        </w:rPr>
        <w:t xml:space="preserve">6.3 </w:t>
      </w:r>
      <w:r w:rsidR="00F16792">
        <w:rPr>
          <w:rFonts w:ascii="Calibri" w:eastAsia="Calibri" w:hAnsi="Calibri"/>
          <w:b/>
          <w:sz w:val="24"/>
        </w:rPr>
        <w:t>U</w:t>
      </w:r>
      <w:r>
        <w:rPr>
          <w:rFonts w:ascii="Calibri" w:eastAsia="Calibri" w:hAnsi="Calibri"/>
          <w:b/>
          <w:sz w:val="24"/>
        </w:rPr>
        <w:t>pozornění</w:t>
      </w:r>
    </w:p>
    <w:p w14:paraId="503AAB89" w14:textId="32C3A54F" w:rsidR="00966B7A" w:rsidRDefault="00B95D5A">
      <w:pPr>
        <w:spacing w:after="160"/>
      </w:pPr>
      <w:r>
        <w:rPr>
          <w:rFonts w:ascii="Calibri" w:eastAsia="Calibri" w:hAnsi="Calibri"/>
        </w:rPr>
        <w:t xml:space="preserve">Data Kupi.cz reflektují </w:t>
      </w:r>
      <w:r>
        <w:rPr>
          <w:rFonts w:ascii="Calibri" w:eastAsia="Calibri" w:hAnsi="Calibri"/>
          <w:b/>
        </w:rPr>
        <w:t>akční ceny uvedené v letácích</w:t>
      </w:r>
      <w:r>
        <w:rPr>
          <w:rFonts w:ascii="Calibri" w:eastAsia="Calibri" w:hAnsi="Calibri"/>
        </w:rPr>
        <w:t xml:space="preserve">, nikoli kompletní průměr regálových cen. Srovnání vždy uvádět v rámci stejné </w:t>
      </w:r>
      <w:proofErr w:type="spellStart"/>
      <w:r>
        <w:rPr>
          <w:rFonts w:ascii="Calibri" w:eastAsia="Calibri" w:hAnsi="Calibri"/>
        </w:rPr>
        <w:t>velikosti</w:t>
      </w:r>
      <w:proofErr w:type="spellEnd"/>
      <w:r>
        <w:rPr>
          <w:rFonts w:ascii="Calibri" w:eastAsia="Calibri" w:hAnsi="Calibri"/>
        </w:rPr>
        <w:t xml:space="preserve"> (S/M/L) a </w:t>
      </w:r>
      <w:proofErr w:type="spellStart"/>
      <w:r>
        <w:rPr>
          <w:rFonts w:ascii="Calibri" w:eastAsia="Calibri" w:hAnsi="Calibri"/>
        </w:rPr>
        <w:t>stejného</w:t>
      </w:r>
      <w:proofErr w:type="spellEnd"/>
      <w:r>
        <w:rPr>
          <w:rFonts w:ascii="Calibri" w:eastAsia="Calibri" w:hAnsi="Calibri"/>
        </w:rPr>
        <w:t xml:space="preserve"> </w:t>
      </w:r>
      <w:proofErr w:type="spellStart"/>
      <w:r>
        <w:rPr>
          <w:rFonts w:ascii="Calibri" w:eastAsia="Calibri" w:hAnsi="Calibri"/>
        </w:rPr>
        <w:t>balení</w:t>
      </w:r>
      <w:proofErr w:type="spellEnd"/>
      <w:r>
        <w:rPr>
          <w:rFonts w:ascii="Calibri" w:eastAsia="Calibri" w:hAnsi="Calibri"/>
        </w:rPr>
        <w:t xml:space="preserve"> (10 </w:t>
      </w:r>
      <w:proofErr w:type="spellStart"/>
      <w:r>
        <w:rPr>
          <w:rFonts w:ascii="Calibri" w:eastAsia="Calibri" w:hAnsi="Calibri"/>
        </w:rPr>
        <w:t>ks</w:t>
      </w:r>
      <w:proofErr w:type="spellEnd"/>
      <w:r>
        <w:rPr>
          <w:rFonts w:ascii="Calibri" w:eastAsia="Calibri" w:hAnsi="Calibri"/>
        </w:rPr>
        <w:t xml:space="preserve">/30 </w:t>
      </w:r>
      <w:proofErr w:type="spellStart"/>
      <w:r>
        <w:rPr>
          <w:rFonts w:ascii="Calibri" w:eastAsia="Calibri" w:hAnsi="Calibri"/>
        </w:rPr>
        <w:t>ks</w:t>
      </w:r>
      <w:proofErr w:type="spellEnd"/>
      <w:r>
        <w:rPr>
          <w:rFonts w:ascii="Calibri" w:eastAsia="Calibri" w:hAnsi="Calibri"/>
        </w:rPr>
        <w:t>).</w:t>
      </w:r>
    </w:p>
    <w:p w14:paraId="75D38E51" w14:textId="77777777" w:rsidR="00966B7A" w:rsidRDefault="00B95D5A">
      <w:pPr>
        <w:spacing w:before="240" w:after="120"/>
      </w:pPr>
      <w:r>
        <w:rPr>
          <w:rFonts w:ascii="Calibri" w:eastAsia="Calibri" w:hAnsi="Calibri"/>
          <w:b/>
          <w:sz w:val="28"/>
        </w:rPr>
        <w:t>8. Přehled segmentů a obchodů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1"/>
        <w:gridCol w:w="1660"/>
        <w:gridCol w:w="1661"/>
        <w:gridCol w:w="1660"/>
        <w:gridCol w:w="1660"/>
        <w:gridCol w:w="1660"/>
      </w:tblGrid>
      <w:tr w:rsidR="00966B7A" w14:paraId="0394BE0B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5007BAAD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Vel.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5391656C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Balení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0BECD3A1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Obchod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177F707A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Akcí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0F0AB983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Ø after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</w:tcPr>
          <w:p w14:paraId="297B8B1E" w14:textId="77777777" w:rsidR="00966B7A" w:rsidRDefault="00B95D5A">
            <w:r>
              <w:rPr>
                <w:rFonts w:ascii="Calibri" w:eastAsia="Calibri" w:hAnsi="Calibri"/>
                <w:b/>
                <w:sz w:val="20"/>
              </w:rPr>
              <w:t>Ø before</w:t>
            </w:r>
          </w:p>
        </w:tc>
      </w:tr>
      <w:tr w:rsidR="00966B7A" w14:paraId="16CB3C62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7C4B4BB0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FA398C5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7228A4BD" w14:textId="77777777" w:rsidR="00966B7A" w:rsidRDefault="00B95D5A">
            <w:r>
              <w:rPr>
                <w:rFonts w:ascii="Calibri" w:eastAsia="Calibri" w:hAnsi="Calibri"/>
                <w:sz w:val="20"/>
              </w:rPr>
              <w:t>Albert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C44EB83" w14:textId="77777777" w:rsidR="00966B7A" w:rsidRDefault="00B95D5A">
            <w:r>
              <w:rPr>
                <w:rFonts w:ascii="Calibri" w:eastAsia="Calibri" w:hAnsi="Calibri"/>
                <w:sz w:val="20"/>
              </w:rPr>
              <w:t>11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B0BB604" w14:textId="4B593FDD" w:rsidR="00966B7A" w:rsidRDefault="00B95D5A">
            <w:r>
              <w:rPr>
                <w:rFonts w:ascii="Calibri" w:eastAsia="Calibri" w:hAnsi="Calibri"/>
                <w:sz w:val="20"/>
              </w:rPr>
              <w:t>41,7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B527E7D" w14:textId="348F6C23" w:rsidR="00966B7A" w:rsidRDefault="00B95D5A">
            <w:r>
              <w:rPr>
                <w:rFonts w:ascii="Calibri" w:eastAsia="Calibri" w:hAnsi="Calibri"/>
                <w:sz w:val="20"/>
              </w:rPr>
              <w:t>79,9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0C8D1D57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DD82D35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394B072C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E5EF050" w14:textId="77777777" w:rsidR="00966B7A" w:rsidRDefault="00B95D5A">
            <w:r>
              <w:rPr>
                <w:rFonts w:ascii="Calibri" w:eastAsia="Calibri" w:hAnsi="Calibri"/>
                <w:sz w:val="20"/>
              </w:rPr>
              <w:t>Kaufland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B35F1EB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F8EC1CE" w14:textId="39F3EEE8" w:rsidR="00966B7A" w:rsidRDefault="00B95D5A">
            <w:r>
              <w:rPr>
                <w:rFonts w:ascii="Calibri" w:eastAsia="Calibri" w:hAnsi="Calibri"/>
                <w:sz w:val="20"/>
              </w:rPr>
              <w:t>39,9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2ADB1DB" w14:textId="7D3438C1" w:rsidR="00966B7A" w:rsidRDefault="00B95D5A">
            <w:r>
              <w:rPr>
                <w:rFonts w:ascii="Calibri" w:eastAsia="Calibri" w:hAnsi="Calibri"/>
                <w:sz w:val="20"/>
              </w:rPr>
              <w:t>64,9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7BA45B10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CAB52F9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739ACF0E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506398F" w14:textId="77777777" w:rsidR="00966B7A" w:rsidRDefault="00B95D5A">
            <w:r>
              <w:rPr>
                <w:rFonts w:ascii="Calibri" w:eastAsia="Calibri" w:hAnsi="Calibri"/>
                <w:sz w:val="20"/>
              </w:rPr>
              <w:t>Lidl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ADAE4F6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A8E8C2F" w14:textId="5E210A27" w:rsidR="00966B7A" w:rsidRDefault="00B95D5A">
            <w:r>
              <w:rPr>
                <w:rFonts w:ascii="Calibri" w:eastAsia="Calibri" w:hAnsi="Calibri"/>
                <w:sz w:val="20"/>
              </w:rPr>
              <w:t>49,9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9A4A03F" w14:textId="57722D3D" w:rsidR="00966B7A" w:rsidRDefault="00B95D5A">
            <w:r>
              <w:rPr>
                <w:rFonts w:ascii="Calibri" w:eastAsia="Calibri" w:hAnsi="Calibri"/>
                <w:sz w:val="20"/>
              </w:rPr>
              <w:t>79,9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69974202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B466E45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80137D8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31C806CD" w14:textId="77777777" w:rsidR="00966B7A" w:rsidRDefault="00B95D5A">
            <w:r>
              <w:rPr>
                <w:rFonts w:ascii="Calibri" w:eastAsia="Calibri" w:hAnsi="Calibri"/>
                <w:sz w:val="20"/>
              </w:rPr>
              <w:t>Penny Market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1B9BC30" w14:textId="77777777" w:rsidR="00966B7A" w:rsidRDefault="00B95D5A">
            <w:r>
              <w:rPr>
                <w:rFonts w:ascii="Calibri" w:eastAsia="Calibri" w:hAnsi="Calibri"/>
                <w:sz w:val="20"/>
              </w:rPr>
              <w:t>3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D7575D9" w14:textId="523E5101" w:rsidR="00966B7A" w:rsidRDefault="00B95D5A">
            <w:r>
              <w:rPr>
                <w:rFonts w:ascii="Calibri" w:eastAsia="Calibri" w:hAnsi="Calibri"/>
                <w:sz w:val="20"/>
              </w:rPr>
              <w:t>38,2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E36DBB4" w14:textId="3BB67705" w:rsidR="00966B7A" w:rsidRDefault="00B95D5A">
            <w:r>
              <w:rPr>
                <w:rFonts w:ascii="Calibri" w:eastAsia="Calibri" w:hAnsi="Calibri"/>
                <w:sz w:val="20"/>
              </w:rPr>
              <w:t>79,9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3D77D3AE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ACC3AB7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7F55F37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B5287A3" w14:textId="77777777" w:rsidR="00966B7A" w:rsidRDefault="00B95D5A">
            <w:r>
              <w:rPr>
                <w:rFonts w:ascii="Calibri" w:eastAsia="Calibri" w:hAnsi="Calibri"/>
                <w:sz w:val="20"/>
              </w:rPr>
              <w:t>Kaufland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082A5D12" w14:textId="77777777" w:rsidR="00966B7A" w:rsidRDefault="00B95D5A">
            <w:r>
              <w:rPr>
                <w:rFonts w:ascii="Calibri" w:eastAsia="Calibri" w:hAnsi="Calibri"/>
                <w:sz w:val="20"/>
              </w:rPr>
              <w:t>8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5C4141BF" w14:textId="6200C49E" w:rsidR="00966B7A" w:rsidRDefault="00B95D5A">
            <w:r>
              <w:rPr>
                <w:rFonts w:ascii="Calibri" w:eastAsia="Calibri" w:hAnsi="Calibri"/>
                <w:sz w:val="20"/>
              </w:rPr>
              <w:t>109,9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E841DCB" w14:textId="5283DE61" w:rsidR="00966B7A" w:rsidRDefault="00B95D5A">
            <w:r>
              <w:rPr>
                <w:rFonts w:ascii="Calibri" w:eastAsia="Calibri" w:hAnsi="Calibri"/>
                <w:sz w:val="20"/>
              </w:rPr>
              <w:t>244,9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1EAE588F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3900995F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7089F36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0D0C251" w14:textId="77777777" w:rsidR="00966B7A" w:rsidRDefault="00B95D5A">
            <w:r>
              <w:rPr>
                <w:rFonts w:ascii="Calibri" w:eastAsia="Calibri" w:hAnsi="Calibri"/>
                <w:sz w:val="20"/>
              </w:rPr>
              <w:t>Lidl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3BB863F" w14:textId="77777777" w:rsidR="00966B7A" w:rsidRDefault="00B95D5A">
            <w:r>
              <w:rPr>
                <w:rFonts w:ascii="Calibri" w:eastAsia="Calibri" w:hAnsi="Calibri"/>
                <w:sz w:val="20"/>
              </w:rPr>
              <w:t>7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C1A2382" w14:textId="27F7082E" w:rsidR="00966B7A" w:rsidRDefault="00B95D5A">
            <w:r>
              <w:rPr>
                <w:rFonts w:ascii="Calibri" w:eastAsia="Calibri" w:hAnsi="Calibri"/>
                <w:sz w:val="20"/>
              </w:rPr>
              <w:t>144,9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1D11F66" w14:textId="1644FCF9" w:rsidR="00966B7A" w:rsidRDefault="00B95D5A">
            <w:r>
              <w:rPr>
                <w:rFonts w:ascii="Calibri" w:eastAsia="Calibri" w:hAnsi="Calibri"/>
                <w:sz w:val="20"/>
              </w:rPr>
              <w:t>228,9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1E49F7E2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21882AE3" w14:textId="77777777" w:rsidR="00966B7A" w:rsidRDefault="00B95D5A">
            <w:r>
              <w:rPr>
                <w:rFonts w:ascii="Calibri" w:eastAsia="Calibri" w:hAnsi="Calibri"/>
                <w:sz w:val="20"/>
              </w:rPr>
              <w:t>M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7FE1FE22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1BDF5CFC" w14:textId="77777777" w:rsidR="00966B7A" w:rsidRDefault="00B95D5A">
            <w:r>
              <w:rPr>
                <w:rFonts w:ascii="Calibri" w:eastAsia="Calibri" w:hAnsi="Calibri"/>
                <w:sz w:val="20"/>
              </w:rPr>
              <w:t>Albert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2FEE1F9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72FF0A9" w14:textId="4B01977D" w:rsidR="00966B7A" w:rsidRDefault="00B95D5A">
            <w:r>
              <w:rPr>
                <w:rFonts w:ascii="Calibri" w:eastAsia="Calibri" w:hAnsi="Calibri"/>
                <w:sz w:val="20"/>
              </w:rPr>
              <w:t>126,6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3530701E" w14:textId="2CBE2959" w:rsidR="00966B7A" w:rsidRDefault="00B95D5A">
            <w:r>
              <w:rPr>
                <w:rFonts w:ascii="Calibri" w:eastAsia="Calibri" w:hAnsi="Calibri"/>
                <w:sz w:val="20"/>
              </w:rPr>
              <w:t>229 Kč</w:t>
            </w:r>
          </w:p>
        </w:tc>
      </w:tr>
      <w:tr w:rsidR="00966B7A" w14:paraId="59711C15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6B7496F" w14:textId="77777777" w:rsidR="00966B7A" w:rsidRDefault="00B95D5A">
            <w:r>
              <w:rPr>
                <w:rFonts w:ascii="Calibri" w:eastAsia="Calibri" w:hAnsi="Calibri"/>
                <w:sz w:val="20"/>
              </w:rPr>
              <w:t>L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088E0DF" w14:textId="77777777" w:rsidR="00966B7A" w:rsidRDefault="00B95D5A">
            <w:r>
              <w:rPr>
                <w:rFonts w:ascii="Calibri" w:eastAsia="Calibri" w:hAnsi="Calibri"/>
                <w:sz w:val="20"/>
              </w:rPr>
              <w:t>10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6E2791AB" w14:textId="77777777" w:rsidR="00966B7A" w:rsidRDefault="00B95D5A">
            <w:r>
              <w:rPr>
                <w:rFonts w:ascii="Calibri" w:eastAsia="Calibri" w:hAnsi="Calibri"/>
                <w:sz w:val="20"/>
              </w:rPr>
              <w:t>Lidl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7F0C31F9" w14:textId="77777777" w:rsidR="00966B7A" w:rsidRDefault="00B95D5A">
            <w:r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1E60A08" w14:textId="171D7AE4" w:rsidR="00966B7A" w:rsidRDefault="00B95D5A">
            <w:r>
              <w:rPr>
                <w:rFonts w:ascii="Calibri" w:eastAsia="Calibri" w:hAnsi="Calibri"/>
                <w:sz w:val="20"/>
              </w:rPr>
              <w:t>54,9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11B9006" w14:textId="57B00DBC" w:rsidR="00966B7A" w:rsidRDefault="00B95D5A">
            <w:r>
              <w:rPr>
                <w:rFonts w:ascii="Calibri" w:eastAsia="Calibri" w:hAnsi="Calibri"/>
                <w:sz w:val="20"/>
              </w:rPr>
              <w:t>84,9</w:t>
            </w:r>
            <w:r w:rsidR="00F16792">
              <w:rPr>
                <w:rFonts w:ascii="Calibri" w:eastAsia="Calibri" w:hAnsi="Calibri"/>
                <w:sz w:val="20"/>
              </w:rPr>
              <w:t xml:space="preserve">0 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0A168388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34F2CAA" w14:textId="77777777" w:rsidR="00966B7A" w:rsidRDefault="00B95D5A">
            <w:r>
              <w:rPr>
                <w:rFonts w:ascii="Calibri" w:eastAsia="Calibri" w:hAnsi="Calibri"/>
                <w:sz w:val="20"/>
              </w:rPr>
              <w:t>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F716A32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D03E457" w14:textId="77777777" w:rsidR="00966B7A" w:rsidRDefault="00B95D5A">
            <w:r>
              <w:rPr>
                <w:rFonts w:ascii="Calibri" w:eastAsia="Calibri" w:hAnsi="Calibri"/>
                <w:sz w:val="20"/>
              </w:rPr>
              <w:t>Globus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495BD843" w14:textId="77777777" w:rsidR="00966B7A" w:rsidRDefault="00B95D5A">
            <w:r>
              <w:rPr>
                <w:rFonts w:ascii="Calibri" w:eastAsia="Calibri" w:hAnsi="Calibri"/>
                <w:sz w:val="20"/>
              </w:rPr>
              <w:t>6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3846984" w14:textId="6100468E" w:rsidR="00966B7A" w:rsidRDefault="00B95D5A">
            <w:r>
              <w:rPr>
                <w:rFonts w:ascii="Calibri" w:eastAsia="Calibri" w:hAnsi="Calibri"/>
                <w:sz w:val="20"/>
              </w:rPr>
              <w:t>98,2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 w14:paraId="69D0CB5C" w14:textId="180BD3F8" w:rsidR="00966B7A" w:rsidRDefault="00B95D5A">
            <w:r>
              <w:rPr>
                <w:rFonts w:ascii="Calibri" w:eastAsia="Calibri" w:hAnsi="Calibri"/>
                <w:sz w:val="20"/>
              </w:rPr>
              <w:t>199,9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  <w:tr w:rsidR="00966B7A" w14:paraId="21C8D3C4" w14:textId="77777777"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1CC0BC98" w14:textId="77777777" w:rsidR="00966B7A" w:rsidRDefault="00B95D5A">
            <w:r>
              <w:rPr>
                <w:rFonts w:ascii="Calibri" w:eastAsia="Calibri" w:hAnsi="Calibri"/>
                <w:sz w:val="20"/>
              </w:rPr>
              <w:t>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290FD1EF" w14:textId="77777777" w:rsidR="00966B7A" w:rsidRDefault="00B95D5A">
            <w:r>
              <w:rPr>
                <w:rFonts w:ascii="Calibri" w:eastAsia="Calibri" w:hAnsi="Calibri"/>
                <w:sz w:val="20"/>
              </w:rPr>
              <w:t>30 ks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5EF598EF" w14:textId="77777777" w:rsidR="00966B7A" w:rsidRDefault="00B95D5A">
            <w:r>
              <w:rPr>
                <w:rFonts w:ascii="Calibri" w:eastAsia="Calibri" w:hAnsi="Calibri"/>
                <w:sz w:val="20"/>
              </w:rPr>
              <w:t>Tesco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EF9043C" w14:textId="77777777" w:rsidR="00966B7A" w:rsidRDefault="00B95D5A">
            <w:r>
              <w:rPr>
                <w:rFonts w:ascii="Calibri" w:eastAsia="Calibri" w:hAnsi="Calibri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02242B7F" w14:textId="629FAB99" w:rsidR="00966B7A" w:rsidRDefault="00B95D5A">
            <w:r>
              <w:rPr>
                <w:rFonts w:ascii="Calibri" w:eastAsia="Calibri" w:hAnsi="Calibri"/>
                <w:sz w:val="20"/>
              </w:rPr>
              <w:t>105,9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  <w:tc>
          <w:tcPr>
            <w:tcW w:w="166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7F7F7"/>
          </w:tcPr>
          <w:p w14:paraId="40A5555E" w14:textId="18CF8F70" w:rsidR="00966B7A" w:rsidRDefault="00B95D5A">
            <w:r>
              <w:rPr>
                <w:rFonts w:ascii="Calibri" w:eastAsia="Calibri" w:hAnsi="Calibri"/>
                <w:sz w:val="20"/>
              </w:rPr>
              <w:t>214,9</w:t>
            </w:r>
            <w:r w:rsidR="00F16792">
              <w:rPr>
                <w:rFonts w:ascii="Calibri" w:eastAsia="Calibri" w:hAnsi="Calibri"/>
                <w:sz w:val="20"/>
              </w:rPr>
              <w:t>0</w:t>
            </w:r>
            <w:r>
              <w:rPr>
                <w:rFonts w:ascii="Calibri" w:eastAsia="Calibri" w:hAnsi="Calibri"/>
                <w:sz w:val="20"/>
              </w:rPr>
              <w:t xml:space="preserve"> Kč</w:t>
            </w:r>
          </w:p>
        </w:tc>
      </w:tr>
    </w:tbl>
    <w:p w14:paraId="3070BDCD" w14:textId="77777777" w:rsidR="00966B7A" w:rsidRDefault="00966B7A">
      <w:pPr>
        <w:spacing w:after="120"/>
      </w:pPr>
    </w:p>
    <w:p w14:paraId="702E32C4" w14:textId="77777777" w:rsidR="00966B7A" w:rsidRDefault="00B95D5A">
      <w:pPr>
        <w:spacing w:before="240" w:after="160"/>
      </w:pPr>
      <w:r>
        <w:rPr>
          <w:rFonts w:ascii="Calibri" w:eastAsia="Calibri" w:hAnsi="Calibri"/>
          <w:color w:val="888888"/>
          <w:sz w:val="18"/>
        </w:rPr>
        <w:t>Dokument vygenerován 20. 08. 2026 · Kupi.cz · data team</w:t>
      </w:r>
    </w:p>
    <w:sectPr w:rsidR="00966B7A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0130330">
    <w:abstractNumId w:val="8"/>
  </w:num>
  <w:num w:numId="2" w16cid:durableId="1500345441">
    <w:abstractNumId w:val="6"/>
  </w:num>
  <w:num w:numId="3" w16cid:durableId="914164321">
    <w:abstractNumId w:val="5"/>
  </w:num>
  <w:num w:numId="4" w16cid:durableId="1999920458">
    <w:abstractNumId w:val="4"/>
  </w:num>
  <w:num w:numId="5" w16cid:durableId="843471522">
    <w:abstractNumId w:val="7"/>
  </w:num>
  <w:num w:numId="6" w16cid:durableId="522284347">
    <w:abstractNumId w:val="3"/>
  </w:num>
  <w:num w:numId="7" w16cid:durableId="610403157">
    <w:abstractNumId w:val="2"/>
  </w:num>
  <w:num w:numId="8" w16cid:durableId="644967613">
    <w:abstractNumId w:val="1"/>
  </w:num>
  <w:num w:numId="9" w16cid:durableId="12018229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CC1"/>
    <w:rsid w:val="0015074B"/>
    <w:rsid w:val="00162F06"/>
    <w:rsid w:val="0029639D"/>
    <w:rsid w:val="00326F90"/>
    <w:rsid w:val="00526D80"/>
    <w:rsid w:val="00573988"/>
    <w:rsid w:val="007D377D"/>
    <w:rsid w:val="00966B7A"/>
    <w:rsid w:val="00AA1D8D"/>
    <w:rsid w:val="00B47730"/>
    <w:rsid w:val="00B55E50"/>
    <w:rsid w:val="00B95D5A"/>
    <w:rsid w:val="00BC3CC4"/>
    <w:rsid w:val="00CB0664"/>
    <w:rsid w:val="00DC504E"/>
    <w:rsid w:val="00F16792"/>
    <w:rsid w:val="00F300BF"/>
    <w:rsid w:val="00FB1365"/>
    <w:rsid w:val="00FC3BE7"/>
    <w:rsid w:val="00FC693F"/>
    <w:rsid w:val="00FE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002F1"/>
  <w14:defaultImageDpi w14:val="300"/>
  <w15:docId w15:val="{80D17821-985B-7744-ADB3-9EAB8DE1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ze">
    <w:name w:val="Revision"/>
    <w:hidden/>
    <w:uiPriority w:val="99"/>
    <w:semiHidden/>
    <w:rsid w:val="00F300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vývoje akčních cen vajec</dc:title>
  <dc:subject/>
  <dc:creator>Kupi.cz</dc:creator>
  <cp:keywords/>
  <dc:description>generated by python-docx</dc:description>
  <cp:lastModifiedBy>Kristýna Hořovská</cp:lastModifiedBy>
  <cp:revision>2</cp:revision>
  <dcterms:created xsi:type="dcterms:W3CDTF">2026-08-21T04:52:00Z</dcterms:created>
  <dcterms:modified xsi:type="dcterms:W3CDTF">2026-08-21T04:52:00Z</dcterms:modified>
  <cp:category/>
</cp:coreProperties>
</file>